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7938"/>
        <w:gridCol w:w="2268"/>
      </w:tblGrid>
      <w:tr>
        <w:trPr>
          <w:cantSplit/>
        </w:trPr>
        <w:tc>
          <w:tcPr>
            <w:tcW w:type="dxa" w:w="7937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2"/>
              </w:rPr>
              <w:t>로가클래스 · 일반인 AI 기초 · 한 쪽 요약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right"/>
            </w:pPr>
            <w:r>
              <w:rPr>
                <w:rFonts w:ascii="Pretendard" w:hAnsi="Pretendard" w:eastAsia="Pretendard" w:cs="Pretendard"/>
                <w:b/>
                <w:color w:val="FFFFFF"/>
                <w:sz w:val="24"/>
                <w:shd w:val="clear" w:color="auto" w:fill="075866"/>
              </w:rPr>
              <w:t xml:space="preserve"> 레슨 28 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134"/>
        <w:gridCol w:w="9072"/>
      </w:tblGrid>
      <w:tr>
        <w:trPr>
          <w:cantSplit/>
        </w:trPr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40000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loc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69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44"/>
              </w:rPr>
              <w:t>챗봇에 고객·회사 정보, 넣기 전에 지우기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8" w:space="0" w:color="6B7385"/>
              <w:left w:val="single" w:sz="48" w:space="0" w:color="075866"/>
              <w:bottom w:val="single" w:sz="8" w:space="0" w:color="6B7385"/>
              <w:right w:val="single" w:sz="8" w:space="0" w:color="6B7385"/>
            </w:tcBorders>
            <w:shd w:val="clear" w:color="auto" w:fill="F0F7F8"/>
            <w:tcMar>
              <w:top w:w="100" w:type="dxa"/>
              <w:left w:w="200" w:type="dxa"/>
              <w:bottom w:w="110" w:type="dxa"/>
              <w:right w:w="200" w:type="dxa"/>
            </w:tcMar>
          </w:tcPr>
          <w:p>
            <w:pPr>
              <w:widowControl/>
              <w:spacing w:before="0" w:after="4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30"/>
              </w:rPr>
              <w:t>한 줄로 말하면</w:t>
            </w:r>
          </w:p>
          <w:p>
            <w:pPr>
              <w:widowControl/>
              <w:spacing w:before="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챗봇에 쓴 내용은 서비스에 저장되거나 서비스 개선에 쓰일 수 있습니다. 고객·회사 정보는 붙여 넣지 말고, 알아볼 수 없게 바꾼 뒤 필요한 내용만 넣으세요.</w:t>
            </w:r>
          </w:p>
          <w:p>
            <w:pPr>
              <w:widowControl/>
              <w:spacing w:before="6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비유 · 택배 상자 겉면에 적은 비밀번호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여러 손을 거치는 택배 상자에 비밀번호를 적지 않듯, 서버로 전달되는 챗봇 창에도 민감한 내용은 적지 않습니다.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715"/>
        <w:gridCol w:w="4490"/>
      </w:tblGrid>
      <w:tr>
        <w:trPr>
          <w:cantSplit/>
        </w:trPr>
        <w:tc>
          <w:tcPr>
            <w:tcW w:type="dxa" w:w="57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이렇게 흘러가요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1. 붙여 넣기 전 멈추기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복사한 내용에 누구인지, 어느 회사인지 알 수 있는 정보가 있는지 봅니다.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2. 지우거나 바꾸기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이름·연락처·주소·계정은 지우고, "고객 A"·"B사"처럼 바꿉니다.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3. 필요한 만큼만 넣기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전체 파일 대신 질문에 필요한 문장만 넣습니다.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4. 결과에 다시 채우기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AI 결과를 받은 뒤, 실제 이름·숫자는 내 컴퓨터에서 직접 채웁니다.</w:t>
            </w:r>
          </w:p>
        </w:tc>
        <w:tc>
          <w:tcPr>
            <w:tcW w:type="dxa" w:w="4490"/>
            <w:tcBorders>
              <w:top w:val="nil"/>
              <w:left w:val="single" w:sz="8" w:space="0" w:color="6B7385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꼭 알아야 할 단어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익명화(anonymization)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누구인지 알아볼 수 없게 이름 등을 지우거나 바꾸는 것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대화 기록(chat history)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챗봇에 저장된 지난 대화 내용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최소한만 넣기(data minimization)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질문에 꼭 필요한 정보만 넣는 습관</w:t>
            </w:r>
          </w:p>
        </w:tc>
      </w:tr>
    </w:tbl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일과 생활 속 예시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고객 불만 답장  </w:t>
      </w:r>
      <w:r>
        <w:rPr>
          <w:rFonts w:ascii="Pretendard" w:hAnsi="Pretendard" w:eastAsia="Pretendard" w:cs="Pretendard"/>
          <w:b w:val="0"/>
          <w:color w:val="121A2B"/>
          <w:sz w:val="24"/>
        </w:rPr>
        <w:t>고객 메일 전체를 붙여 넣는 대신 "고객 A가 배송이 사흘 늦었다고 화가 났어요. 사과와 다음 조치를 담은 답장 초안을 써 주세요."라고 상황만 적습니다.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회의록 정리  </w:t>
      </w:r>
      <w:r>
        <w:rPr>
          <w:rFonts w:ascii="Pretendard" w:hAnsi="Pretendard" w:eastAsia="Pretendard" w:cs="Pretendard"/>
          <w:b w:val="0"/>
          <w:color w:val="121A2B"/>
          <w:sz w:val="24"/>
        </w:rPr>
        <w:t>참석자 이름은 "팀장"·"담당자 1"로 바꾸고, 내부 수치는 빼거나 범위로 적은 뒤 요약을 맡깁니다.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넣지 않는 것  </w:t>
      </w:r>
      <w:r>
        <w:rPr>
          <w:rFonts w:ascii="Pretendard" w:hAnsi="Pretendard" w:eastAsia="Pretendard" w:cs="Pretendard"/>
          <w:b w:val="0"/>
          <w:color w:val="121A2B"/>
          <w:sz w:val="24"/>
        </w:rPr>
        <w:t>고객·동료의 이름·연락처·주소, 계정·비밀번호·인증번호, 계약서·내부 문서 원문, 아직 공개하지 않은 숫자.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직접 해 보기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1. 최근에 받은 업무 메일 하나를 떠올리고, 챗봇에 묻는다면 어떻게 쓸지 종이에 적어 보세요.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2. 이름·회사·연락처·금액에 동그라미를 치고, "고객 A"·"B사"·"약 ○○만 원"으로 바꿔 보세요.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3. 바꾼 글만 보고도 질문이 통하는지 확인해 보세요. 회사에서 쓰라고 정한 AI 도구가 있다면 그것을 씁니다.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확인 퀴즈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Q1. </w:t>
      </w:r>
      <w:r>
        <w:rPr>
          <w:rFonts w:ascii="Pretendard" w:hAnsi="Pretendard" w:eastAsia="Pretendard" w:cs="Pretendard"/>
          <w:b/>
          <w:color w:val="121A2B"/>
          <w:sz w:val="24"/>
        </w:rPr>
        <w:t>고객 메일을 통째로 챗봇에 붙여 넣고 답장을 부탁해도 괜찮다.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O / X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X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고객 정보가 그대로 들어갑니다. 이름·연락처를 지우고 상황만 적습니다.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Q2. </w:t>
      </w:r>
      <w:r>
        <w:rPr>
          <w:rFonts w:ascii="Pretendard" w:hAnsi="Pretendard" w:eastAsia="Pretendard" w:cs="Pretendard"/>
          <w:b/>
          <w:color w:val="121A2B"/>
          <w:sz w:val="24"/>
        </w:rPr>
        <w:t>회의록 요약을 맡길 때 가장 안전한 방법은?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① 참석자 실명과 내부 수치를 그대로 넣는다   ② 이름은 역할로 바꾸고 내부 수치는 빼거나 범위로 적는다   ③ 회의 파일 전체를 올린다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②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알아볼 수 있는 정보는 바꾸고, 필요한 만큼만 넣습니다.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Q3. </w:t>
      </w:r>
      <w:r>
        <w:rPr>
          <w:rFonts w:ascii="Pretendard" w:hAnsi="Pretendard" w:eastAsia="Pretendard" w:cs="Pretendard"/>
          <w:b/>
          <w:color w:val="121A2B"/>
          <w:sz w:val="24"/>
        </w:rPr>
        <w:t>챗봇 설정에서 대화 기록을 껐다면 무엇이든 넣어도 된다.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O / X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X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설정을 바꿔도 얼마 동안 남을 수 있습니다. 처음부터 넣지 않는 것이 가장 안전합니다.</w:t>
      </w:r>
    </w:p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16" w:space="0" w:color="121A2B"/>
              <w:left w:val="single" w:sz="16" w:space="0" w:color="121A2B"/>
              <w:bottom w:val="single" w:sz="16" w:space="0" w:color="121A2B"/>
              <w:right w:val="single" w:sz="16" w:space="0" w:color="121A2B"/>
            </w:tcBorders>
            <w:tcMar>
              <w:top w:w="80" w:type="dxa"/>
              <w:left w:w="200" w:type="dxa"/>
              <w:bottom w:w="80" w:type="dxa"/>
              <w:right w:w="200" w:type="dxa"/>
            </w:tcMar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6"/>
              </w:rPr>
              <w:t xml:space="preserve">기억할 한 줄  </w:t>
            </w: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붙여 넣기 전에 멈추고, 지우고, 바꾸고, 필요한 만큼만 넣습니다.</w:t>
            </w:r>
          </w:p>
        </w:tc>
      </w:tr>
    </w:tbl>
    <w:p>
      <w:pPr>
        <w:widowControl/>
        <w:spacing w:before="120" w:after="0" w:line="276" w:lineRule="auto"/>
      </w:pPr>
      <w:r>
        <w:rPr>
          <w:rFonts w:ascii="Pretendard" w:hAnsi="Pretendard" w:eastAsia="Pretendard" w:cs="Pretendard"/>
          <w:b w:val="0"/>
          <w:color w:val="3A4352"/>
          <w:sz w:val="18"/>
        </w:rPr>
        <w:t>예시 속 회사·사람·상품은 모두 지어낸 것입니다.  ·  AI 교실 28강 일반인판  ·  작성 2026-10-12  ·  rogaclass.com/start/keep-data-out-of-chatbots/</w:t>
      </w:r>
    </w:p>
    <w:sectPr w:rsidR="00FC693F" w:rsidRPr="0006063C" w:rsidSect="00034616">
      <w:pgSz w:w="11906" w:h="16838"/>
      <w:pgMar w:top="680" w:right="850" w:bottom="680" w:left="85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A5E4EBB4-0661-4285-BC21-82FAD1D4B217}"/>
    <w:embedBold r:id="rIdF2" w:fontKey="{430B4364-E87B-4FB2-AF86-20018E805847}"/>
  </w:font>
  <w:font w:name="Malgun Gothic">
    <w:altName w:val="맑은 고딕"/>
    <w:charset w:val="81"/>
    <w:family w:val="swiss"/>
    <w:pitch w:val="variabl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21A2B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챗봇에 고객·회사 정보, 넣기 전에 지우기 - 로가클래스 일반인 AI 기초 요약</dc:title>
  <dc:subject/>
  <dc:creator>로가클래스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