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7938"/>
        <w:gridCol w:w="2268"/>
      </w:tblGrid>
      <w:tr>
        <w:trPr>
          <w:cantSplit/>
        </w:trPr>
        <w:tc>
          <w:tcPr>
            <w:tcW w:type="dxa" w:w="7937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2"/>
              </w:rPr>
              <w:t>로가클래스 · 일반인 AI 기초 · 한 쪽 요약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right"/>
            </w:pPr>
            <w:r>
              <w:rPr>
                <w:rFonts w:ascii="Pretendard" w:hAnsi="Pretendard" w:eastAsia="Pretendard" w:cs="Pretendard"/>
                <w:b/>
                <w:color w:val="FFFFFF"/>
                <w:sz w:val="24"/>
                <w:shd w:val="clear" w:color="auto" w:fill="075866"/>
              </w:rPr>
              <w:t xml:space="preserve"> 레슨 17 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134"/>
        <w:gridCol w:w="9072"/>
      </w:tblGrid>
      <w:tr>
        <w:trPr>
          <w:cantSplit/>
        </w:trPr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40000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69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44"/>
              </w:rPr>
              <w:t>프롬프트 기초: AI에게 일 잘 시키는 법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8" w:space="0" w:color="6B7385"/>
              <w:left w:val="single" w:sz="48" w:space="0" w:color="075866"/>
              <w:bottom w:val="single" w:sz="8" w:space="0" w:color="6B7385"/>
              <w:right w:val="single" w:sz="8" w:space="0" w:color="6B7385"/>
            </w:tcBorders>
            <w:shd w:val="clear" w:color="auto" w:fill="F0F7F8"/>
            <w:tcMar>
              <w:top w:w="100" w:type="dxa"/>
              <w:left w:w="200" w:type="dxa"/>
              <w:bottom w:w="110" w:type="dxa"/>
              <w:right w:w="200" w:type="dxa"/>
            </w:tcMar>
          </w:tcPr>
          <w:p>
            <w:pPr>
              <w:widowControl/>
              <w:spacing w:before="0" w:after="4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30"/>
              </w:rPr>
              <w:t>한 줄로 말하면</w:t>
            </w:r>
          </w:p>
          <w:p>
            <w:pPr>
              <w:widowControl/>
              <w:spacing w:before="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프롬프트는 AI에게 주는 요청 글입니다. 목적(왜), 대상(누구에게), 형식(어떤 모양으로)을 또렷하게 적을수록 원하는 결과에 가까워집니다.</w:t>
            </w:r>
          </w:p>
          <w:p>
            <w:pPr>
              <w:widowControl/>
              <w:spacing w:before="6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비유 · 새로 온 동료에게 일 맡기기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새 동료에게 "보고서 좀 써 줘"라고만 하면 짐작으로 채우듯, AI도 빠진 조건을 제멋대로 채웁니다.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15"/>
        <w:gridCol w:w="4490"/>
      </w:tblGrid>
      <w:tr>
        <w:trPr>
          <w:cantSplit/>
        </w:trPr>
        <w:tc>
          <w:tcPr>
            <w:tcW w:type="dxa" w:w="57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이렇게 흘러가요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1. 목적 적기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무엇에 쓸지 적습니다. 예: "고객 사과 답장으로 쓸 거예요."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2. 대상 적기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누가 읽을지 적습니다. 예: "처음 주문한 고객에게"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3. 형식 적기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어떤 모양인지 적습니다. 예: "5문장 이내, 정중한 말투"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4. 보고 다듬기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결과를 읽고 "더 짧게"처럼 고쳐 달라고 이어서 요청합니다.</w:t>
            </w:r>
          </w:p>
        </w:tc>
        <w:tc>
          <w:tcPr>
            <w:tcW w:type="dxa" w:w="4490"/>
            <w:tcBorders>
              <w:top w:val="nil"/>
              <w:left w:val="single" w:sz="8" w:space="0" w:color="6B7385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꼭 알아야 할 단어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프롬프트(prompt)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AI에게 주는 질문이나 요청 글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형식(format)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답의 모양. 표, 목록, 몇 문장 요약 등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맥락(context)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AI가 알아야 할 배경 정보. 상황, 조건, 참고할 내용</w:t>
            </w:r>
          </w:p>
        </w:tc>
      </w:tr>
    </w:tbl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일과 생활 속 예시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메일 초안  </w:t>
      </w:r>
      <w:r>
        <w:rPr>
          <w:rFonts w:ascii="Pretendard" w:hAnsi="Pretendard" w:eastAsia="Pretendard" w:cs="Pretendard"/>
          <w:b w:val="0"/>
          <w:color w:val="121A2B"/>
          <w:sz w:val="24"/>
        </w:rPr>
        <w:t>아쉬운 요청: "거래처에 메일 써 줘." → 좋은 요청: "납품 일정이 이틀 늦어진다고 알리는 메일이에요(목적). 오래 거래한 거래처 담당자에게(대상). 사과 한 문장과 새 일정, 5문장 이내로(형식)."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작은 가게 홍보  </w:t>
      </w:r>
      <w:r>
        <w:rPr>
          <w:rFonts w:ascii="Pretendard" w:hAnsi="Pretendard" w:eastAsia="Pretendard" w:cs="Pretendard"/>
          <w:b w:val="0"/>
          <w:color w:val="121A2B"/>
          <w:sz w:val="24"/>
        </w:rPr>
        <w:t>"우리 빵집 홍보 글 써 줘." → "이번 주 새로 나온 쑥 식빵을 알리는 글이에요. 동네 단골손님이 볼 가게 SNS용으로, 3줄과 해시태그 3개로 써 주세요."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회의 준비  </w:t>
      </w:r>
      <w:r>
        <w:rPr>
          <w:rFonts w:ascii="Pretendard" w:hAnsi="Pretendard" w:eastAsia="Pretendard" w:cs="Pretendard"/>
          <w:b w:val="0"/>
          <w:color w:val="121A2B"/>
          <w:sz w:val="24"/>
        </w:rPr>
        <w:t>"회의 안건 정리해 줘." → "30분 주간 회의용으로, 아래 메모를 안건 3개로 묶고 안건마다 결정할 질문을 한 줄씩 붙여 주세요."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직접 해 보기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1. 최근에 AI에게 했던(또는 하고 싶은) 짧은 요청 하나를 적어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2. 목적·대상·형식을 한 줄씩 덧붙여 다시 써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3. 고치기 전과 후의 결과를 비교해 보세요. 이름·연락처·회사 내부 자료는 넣지 않습니다.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확인 퀴즈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Q1. </w:t>
      </w:r>
      <w:r>
        <w:rPr>
          <w:rFonts w:ascii="Pretendard" w:hAnsi="Pretendard" w:eastAsia="Pretendard" w:cs="Pretendard"/>
          <w:b/>
          <w:color w:val="121A2B"/>
          <w:sz w:val="24"/>
        </w:rPr>
        <w:t>AI에게는 짧고 막연하게 요청할수록 원하는 결과를 얻기 쉽다.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막연하면 AI가 빈칸을 짐작으로 채웁니다. 목적·대상·형식을 적을수록 가까워집니다.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Q2. </w:t>
      </w:r>
      <w:r>
        <w:rPr>
          <w:rFonts w:ascii="Pretendard" w:hAnsi="Pretendard" w:eastAsia="Pretendard" w:cs="Pretendard"/>
          <w:b/>
          <w:color w:val="121A2B"/>
          <w:sz w:val="24"/>
        </w:rPr>
        <w:t>다음 중 좋은 프롬프트에 넣을 재료가 아닌 것은?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목적   ② 읽을 사람   ③ 고객 전화번호 목록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③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고객 연락처 같은 정보는 넣지 않습니다. 필요한 경우 "고객 A"처럼 바꿔 씁니다.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Q3. </w:t>
      </w:r>
      <w:r>
        <w:rPr>
          <w:rFonts w:ascii="Pretendard" w:hAnsi="Pretendard" w:eastAsia="Pretendard" w:cs="Pretendard"/>
          <w:b/>
          <w:color w:val="121A2B"/>
          <w:sz w:val="24"/>
        </w:rPr>
        <w:t>첫 결과가 너무 길게 나왔습니다. 가장 알맞은 행동은?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처음부터 새 대화를 연다   ② "3문장으로 줄여 주세요"라고 이어서 요청한다   ③ AI가 못 한다고 결론 낸다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결과를 보고 이어서 다듬는 것이 가장 빠릅니다.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16" w:space="0" w:color="121A2B"/>
              <w:left w:val="single" w:sz="16" w:space="0" w:color="121A2B"/>
              <w:bottom w:val="single" w:sz="16" w:space="0" w:color="121A2B"/>
              <w:right w:val="single" w:sz="16" w:space="0" w:color="121A2B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6"/>
              </w:rPr>
              <w:t xml:space="preserve">기억할 한 줄  </w:t>
            </w: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요청할 때는 목적·대상·형식 세 가지를 적고, 결과를 보며 다듬습니다.</w:t>
            </w:r>
          </w:p>
        </w:tc>
      </w:tr>
    </w:tbl>
    <w:p>
      <w:pPr>
        <w:widowControl/>
        <w:spacing w:before="120" w:after="0" w:line="276" w:lineRule="auto"/>
      </w:pPr>
      <w:r>
        <w:rPr>
          <w:rFonts w:ascii="Pretendard" w:hAnsi="Pretendard" w:eastAsia="Pretendard" w:cs="Pretendard"/>
          <w:b w:val="0"/>
          <w:color w:val="3A4352"/>
          <w:sz w:val="18"/>
        </w:rPr>
        <w:t>예시 속 회사·사람·상품은 모두 지어낸 것입니다.  ·  AI 교실 17강 일반인판  ·  작성 2026-10-12  ·  rogaclass.com/start/prompt-basics/</w:t>
      </w:r>
    </w:p>
    <w:sectPr w:rsidR="00FC693F" w:rsidRPr="0006063C" w:rsidSect="00034616">
      <w:pgSz w:w="11906" w:h="16838"/>
      <w:pgMar w:top="680" w:right="850" w:bottom="680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1FAD3E6-72F4-4B00-AF47-007D39BD63AB}"/>
    <w:embedBold r:id="rIdF2" w:fontKey="{1C225067-680F-4104-AD21-87035B89603F}"/>
  </w:font>
  <w:font w:name="Malgun Gothic">
    <w:altName w:val="맑은 고딕"/>
    <w:charset w:val="81"/>
    <w:family w:val="swiss"/>
    <w:pitch w:val="variabl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21A2B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프롬프트 기초: AI에게 일 잘 시키는 법 - 로가클래스 일반인 AI 기초 요약</dc:title>
  <dc:subject/>
  <dc:creator>로가클래스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