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3F4E6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02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  <w:shd w:val="clear" w:color="auto" w:fill="FFFFFF"/>
              </w:rPr>
              <w:t xml:space="preserve">  초급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우리 주변에 숨어 있는 AI 찾기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AI는 멀리 있지 않아요. 매일 쓰는 물건과 앱 속에 숨어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생활 속에서 AI가 쓰이는 예를 4가지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AI가 하는 일(알아보기, 골라 주기, 예측하기, 바꾸기)을 구별할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정해진 대로만 움직이는 기능과 AI를 나눠 볼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A655F"/>
          <w:sz w:val="19"/>
        </w:rPr>
        <w:t>한눈에 보는 02강 — 인포그래픽 속 물건 가운데 내가 써 본 것을 찾아보세요.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AI는 눈에 보이지 않게 숨어서 일해요. 어디에 있는지 찾아봐요.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AI는 로봇만이 아니에요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AI라고 하면 영화 속 로봇이 먼저 떠오르죠? 하지만 AI는 대부분 </w:t>
      </w:r>
      <w:r>
        <w:rPr>
          <w:rFonts w:ascii="Pretendard" w:hAnsi="Pretendard" w:eastAsia="Pretendard" w:cs="Pretendard"/>
          <w:b/>
          <w:color w:val="1E7A41"/>
          <w:sz w:val="24"/>
        </w:rPr>
        <w:t>눈에 보이지 않는 프로그램</w:t>
      </w:r>
      <w:r>
        <w:rPr>
          <w:rFonts w:ascii="Pretendard" w:hAnsi="Pretendard" w:eastAsia="Pretendard" w:cs="Pretendard"/>
          <w:b w:val="0"/>
          <w:color w:val="1F2A24"/>
          <w:sz w:val="24"/>
        </w:rPr>
        <w:t>이에요. 스마트폰, 앱, 누리집 안에서 조용히 일해요.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숨은 AI를 찾는 방법이 있어요. 기계가 </w:t>
      </w:r>
      <w:r>
        <w:rPr>
          <w:rFonts w:ascii="Pretendard" w:hAnsi="Pretendard" w:eastAsia="Pretendard" w:cs="Pretendard"/>
          <w:b/>
          <w:color w:val="1E7A41"/>
          <w:sz w:val="24"/>
        </w:rPr>
        <w:t>무엇을 알아보거나(인식), 골라 주거나(추천), 미리 짐작하거나(예측), 다른 말로 바꿔 주면(번역)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AI가 숨어 있을 가능성이 높아요.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반대로 버튼을 누르면 늘 똑같이 움직이는 기능은 AI가 아니에요. 정해진 대로만 하기 때문이에요.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phon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유튜브 추천 영상으로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고양이 영상을 하나 봤더니, 다음에 고양이 영상이 줄줄이 뜬 적 있죠?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누가 일일이 골라 준 게 아니라, </w:t>
      </w:r>
      <w:r>
        <w:rPr>
          <w:rFonts w:ascii="Pretendard" w:hAnsi="Pretendard" w:eastAsia="Pretendard" w:cs="Pretendard"/>
          <w:b/>
          <w:color w:val="1E7A41"/>
          <w:sz w:val="24"/>
        </w:rPr>
        <w:t>AI가 내가 본 영상과 비슷한 영상을 찾아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 보여 준 거예요.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그래서 같은 앱이라도 사람마다 첫 화면이 달라요. 저마다 본 영상, 곧 데이터가 다르기 때문이에요.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850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26"/>
        <w:gridCol w:w="2126"/>
        <w:gridCol w:w="2126"/>
        <w:gridCol w:w="2126"/>
      </w:tblGrid>
      <w:tr>
        <w:trPr>
          <w:cantSplit/>
        </w:trPr>
        <w:tc>
          <w:tcPr>
            <w:tcW w:type="dxa" w:w="2126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어제 본 영상</w:t>
            </w:r>
          </w:p>
        </w:tc>
        <w:tc>
          <w:tcPr>
            <w:tcW w:type="dxa" w:w="2126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오늘 본 영상</w:t>
            </w:r>
          </w:p>
        </w:tc>
        <w:tc>
          <w:tcPr>
            <w:tcW w:type="dxa" w:w="2126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방금 본 영상</w:t>
            </w:r>
          </w:p>
        </w:tc>
        <w:tc>
          <w:tcPr>
            <w:tcW w:type="dxa" w:w="2126"/>
            <w:tcBorders>
              <w:top w:val="single" w:sz="4" w:space="0" w:color="5C3A00"/>
              <w:left w:val="single" w:sz="4" w:space="0" w:color="5C3A00"/>
              <w:bottom w:val="single" w:sz="4" w:space="0" w:color="5C3A00"/>
              <w:right w:val="single" w:sz="4" w:space="0" w:color="5C3A00"/>
            </w:tcBorders>
            <w:shd w:val="clear" w:color="auto" w:fill="FFB547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5C3A00"/>
                <w:sz w:val="22"/>
              </w:rPr>
              <w:t>다음 추천</w:t>
            </w:r>
          </w:p>
        </w:tc>
      </w:tr>
      <w:tr>
        <w:trPr>
          <w:cantSplit/>
          <w:trHeight w:val="794" w:hRule="exact"/>
        </w:trPr>
        <w:tc>
          <w:tcPr>
            <w:tcW w:type="dxa" w:w="2126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고양이</w:t>
            </w:r>
          </w:p>
        </w:tc>
        <w:tc>
          <w:tcPr>
            <w:tcW w:type="dxa" w:w="2126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고양이</w:t>
            </w:r>
          </w:p>
        </w:tc>
        <w:tc>
          <w:tcPr>
            <w:tcW w:type="dxa" w:w="2126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강아지</w:t>
            </w:r>
          </w:p>
        </w:tc>
        <w:tc>
          <w:tcPr>
            <w:tcW w:type="dxa" w:w="2126"/>
            <w:tcBorders>
              <w:top w:val="single" w:sz="6" w:space="0" w:color="5C3A00"/>
              <w:left w:val="single" w:sz="6" w:space="0" w:color="5C3A00"/>
              <w:bottom w:val="single" w:sz="6" w:space="0" w:color="5C3A00"/>
              <w:right w:val="single" w:sz="6" w:space="0" w:color="5C3A00"/>
            </w:tcBorders>
            <w:shd w:val="clear" w:color="auto" w:fill="FFF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?</w:t>
            </w:r>
          </w:p>
        </w:tc>
      </w:tr>
    </w:tbl>
    <w:p>
      <w:pPr>
        <w:widowControl/>
        <w:spacing w:before="60" w:after="4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예시 그림  </w:t>
      </w:r>
      <w:r>
        <w:rPr>
          <w:rFonts w:ascii="Pretendard" w:hAnsi="Pretendard" w:eastAsia="Pretendard" w:cs="Pretendard"/>
          <w:b w:val="0"/>
          <w:color w:val="5A655F"/>
          <w:sz w:val="19"/>
        </w:rPr>
        <w:t>본 영상이 이렇다면, 다음에는 어떤 영상이 추천될까요? 고양이나 동물 영상일 가능성이 높아요.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AI는 영화 속 로봇처럼 멀리 있는 게 아니에요. 우리가 매일 쓰는 물건 속에 이미 숨어 있어요.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phonelist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하루 동안 만나는 AI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아침에 스마트폰을 들면 </w:t>
      </w:r>
      <w:r>
        <w:rPr>
          <w:rFonts w:ascii="Pretendard" w:hAnsi="Pretendard" w:eastAsia="Pretendard" w:cs="Pretendard"/>
          <w:b/>
          <w:color w:val="1E7A41"/>
          <w:sz w:val="24"/>
        </w:rPr>
        <w:t>얼굴 잠금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이 내 얼굴을 알아봐요. 학교 가는 길에 보호자의 </w:t>
      </w:r>
      <w:r>
        <w:rPr>
          <w:rFonts w:ascii="Pretendard" w:hAnsi="Pretendard" w:eastAsia="Pretendard" w:cs="Pretendard"/>
          <w:b/>
          <w:color w:val="1E7A41"/>
          <w:sz w:val="24"/>
        </w:rPr>
        <w:t>지도 앱</w:t>
      </w:r>
      <w:r>
        <w:rPr>
          <w:rFonts w:ascii="Pretendard" w:hAnsi="Pretendard" w:eastAsia="Pretendard" w:cs="Pretendard"/>
          <w:b w:val="0"/>
          <w:color w:val="1F2A24"/>
          <w:sz w:val="24"/>
        </w:rPr>
        <w:t>이 덜 막히는 길을 알려 줘요.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숙제를 하다 모르는 영어 문장은 </w:t>
      </w:r>
      <w:r>
        <w:rPr>
          <w:rFonts w:ascii="Pretendard" w:hAnsi="Pretendard" w:eastAsia="Pretendard" w:cs="Pretendard"/>
          <w:b/>
          <w:color w:val="1E7A41"/>
          <w:sz w:val="24"/>
        </w:rPr>
        <w:t>번역기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로 뜻을 대강 알아봐요. 저녁에는 영상 앱이 </w:t>
      </w:r>
      <w:r>
        <w:rPr>
          <w:rFonts w:ascii="Pretendard" w:hAnsi="Pretendard" w:eastAsia="Pretendard" w:cs="Pretendard"/>
          <w:b/>
          <w:color w:val="1E7A41"/>
          <w:sz w:val="24"/>
        </w:rPr>
        <w:t>추천 영상</w:t>
      </w:r>
      <w:r>
        <w:rPr>
          <w:rFonts w:ascii="Pretendard" w:hAnsi="Pretendard" w:eastAsia="Pretendard" w:cs="Pretendard"/>
          <w:b w:val="0"/>
          <w:color w:val="1F2A24"/>
          <w:sz w:val="24"/>
        </w:rPr>
        <w:t>을 골라 줘요.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이렇게 AI는 하루 내내 우리 곁에 있어요. 다만 AI도 틀릴 수 있어서, 길 안내나 번역이 이상하면 사람이 다시 확인해야 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 xml:space="preserve">  뒤에 나오는 ‘직접 해보기 미션’에서 오늘 만난 AI를 3개 찾아 적어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미리 찾아보기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우리 집이나 교실에서 AI가 숨어 있을 것 같은 물건을 하나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알아보기, 골라 주기, 예측하기, 바꾸기 가운데 무엇을 하는지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숫자로 보는 02강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이 강에서 살펴본 생활 속 AI: 얼굴 잠금, 영상 추천, 길 찾기, 번역기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 xml:space="preserve">하루 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10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번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하루에 AI를 만나는 횟수를 예로 든 숫자예요. 사람마다 달라요.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2FA35A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54"/>
              </w:rPr>
              <w:t>2006</w:t>
            </w:r>
            <w:r>
              <w:rPr>
                <w:rFonts w:ascii="Pretendard" w:hAnsi="Pretendard" w:eastAsia="Pretendard" w:cs="Pretendard"/>
                <w:b/>
                <w:color w:val="1E7A41"/>
                <w:sz w:val="32"/>
              </w:rPr>
              <w:t>년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구글 번역 서비스가 처음 나온 해예요. 지금은 AI 방식으로 번역해요.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E7A41"/>
          <w:sz w:val="19"/>
        </w:rPr>
        <w:t>사실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생활 속 AI가 하는 일을 한눈에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생활 속 AI 4가지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AI</w:t>
            </w:r>
          </w:p>
        </w:tc>
        <w:tc>
          <w:tcPr>
            <w:tcW w:type="dxa" w:w="3969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AI가 하는 일의 종류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① 스마트폰 얼굴 잠금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카메라로 본 얼굴이 주인 얼굴인지 AI가 알아봐요.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알아보기 (인식)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② 영상 추천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내가 본 영상, 오래 본 영상을 보고 좋아할 만한 것을 골라 줘요.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골라 주기 (추천)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③ 지도 앱 길 찾기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지금 차가 얼마나 막히는지 예측해서 빠른 길을 알려 줘요.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미리 짐작하기 (예측)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④ 번역기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한국어 문장을 영어 같은 다른 말로 바꿔 줘요.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다른 말로 바꾸기 (번역)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AI일까, 정해진 기능일까?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비교해 봐요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AI가 하는 일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정해진 대로 하는 기능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예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영상 추천, 얼굴 잠금, 번역기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손전등 켜기, 알람 울리기, 계산기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움직이는 방법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데이터를 보고 짐작해서 골라요.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버튼을 누르면 늘 똑같이 움직여요.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결과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사람마다, 때마다 달라질 수 있어요.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누가 눌러도 결과가 같아요.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틀릴까?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가끔 틀려요. 확인이 필요해요.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고장 나지 않으면 늘 같아요.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알람 시계는 AI일까요, 정해진 기능일까요? 까닭과 함께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정해진 시각에 늘 똑같이 울리는지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하루 동안 AI를 만난 횟수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※ 한 학생의 하루를 예로 들어 만든 숫자예요. 사람마다, 날마다 달라요.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이 학생은 언제 AI를 가장 많이 만났나요? 그때 어떤 AI를 썼을지 짐작해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저녁에 영상 추천이나 AI 비서를 쓰는 모습을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추천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Recommendation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내가 좋아할 만한 것을 골라 보여 주는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인식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Recognition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보고 듣고 무엇인지 알아차리는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알고리즘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Algorithm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문제를 푸는 순서와 방법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FFB547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AI가 숨어 있는 물건 찾기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오늘 하루 동안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AI가 숨어 있는 물건이나 앱을 3개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찾아서 적어 보세요. 그리고 각각 “AI가 무엇을 알아보거나 골라 줬는지” 한 줄씩 써 보세요.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집, 학교, 길에서 쓰는 물건과 앱을 떠올려요.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알아보기, 골라 주기, 예측하기, 바꾸기 가운데 하나를 하는 것을 찾아요.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아래 표에 물건 이름과 AI가 한 일을 한 줄씩 적어요.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보호자의 스마트폰을 볼 때는 꼭 허락을 받아요. 다른 사람의 사진이나 메시지는 보지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360"/>
              <w:gridCol w:w="2911"/>
              <w:gridCol w:w="4658"/>
            </w:tblGrid>
            <w:tr>
              <w:trPr>
                <w:cantSplit/>
              </w:trPr>
              <w:tc>
                <w:tcPr>
                  <w:tcW w:type="dxa" w:w="1361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2911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물건이나 앱</w:t>
                  </w:r>
                </w:p>
              </w:tc>
              <w:tc>
                <w:tcPr>
                  <w:tcW w:type="dxa" w:w="4658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AI가 알아보거나 골라 준 것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36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찾은 것 1</w:t>
                  </w:r>
                </w:p>
              </w:tc>
              <w:tc>
                <w:tcPr>
                  <w:tcW w:type="dxa" w:w="291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65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36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찾은 것 2</w:t>
                  </w:r>
                </w:p>
              </w:tc>
              <w:tc>
                <w:tcPr>
                  <w:tcW w:type="dxa" w:w="291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65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36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찾은 것 3</w:t>
                  </w:r>
                </w:p>
              </w:tc>
              <w:tc>
                <w:tcPr>
                  <w:tcW w:type="dxa" w:w="291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4658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3개 가운데 가장 쓸모 있던 AI는 무엇인가요? 그 까닭은요?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AI가 틀린 적이 있었나요? 있었다면 어떻게 틀렸나요?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928" w:hRule="atLeast"/>
              </w:trPr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AI인 줄 알았는데 아니었던 것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친구가 찾은 것 가운데 신기했던 것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AI는 이미 우리 생활 곳곳에 숨어서 알아보고, 골라 주고, 짐작하고 있어요.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지도 앱이 빠른 길을 알려 줄 때도 AI가 쓰인다.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다음 중 AI가 하는 일이 아닌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① 영상 추천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② 얼굴 잠금 해제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③ 손전등 켜기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보고 듣고 무엇인지 알아차리는 것을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  <w:u w:val="thick" w:color="1E7A41"/>
                <w:shd w:val="clear" w:color="auto" w:fill="EEF3EF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영상 추천 AI가 사람마다 다른 영상을 보여 주는 까닭을 한 문장으로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1E7A41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A5650"/>
                      <w:sz w:val="22"/>
                    </w:rPr>
                    <w:t>필터 버블: 비슷한 것만 보게 될 때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추천 AI는 내가 좋아하는 것만 계속 보여 주기 때문에, 비슷한 정보만 보게 되는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‘필터 버블(Filter Bubble)’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이 생길 수 있어요. 가끔은 일부러 다른 주제도 찾아보는 게 좋아요.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필터 버블 안에 있으면 세상 사람들이 모두 나와 같은 생각을 하는 것처럼 느껴질 수 있어요. 뉴스나 정보를 볼 때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여러 곳의 이야기를 함께 살펴보는 습관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이 도움이 돼요.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생각해 봐요: 내 추천 화면이 한 가지 주제로만 가득하다면, 어떤 방법으로 다른 주제를 만나 볼 수 있을까요?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인공지능(AI)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Artificial Intelligence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배우고 판단하는 컴퓨터 프로그램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영상 추천 프로그램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추천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recommendation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좋아할 만한 것을 골라 보여 주기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다음에 볼 영상 목록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인식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recognition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보고 듣고 무엇인지 알아차리기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얼굴 잠금 해제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예측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prediction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앞으로 일어날 일을 미리 짐작하기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“이 길은 10분 뒤 막혀요.”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번역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translation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한 나라 말을 다른 나라 말로 바꾸기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한국어 → 영어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알고리즘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algorithm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문제를 푸는 순서와 방법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추천 영상을 고르는 방법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앱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app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스마트폰에서 쓰는 프로그램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지도 앱, 영상 앱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시청 기록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watch history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내가 본 영상이 차례로 남은 목록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어제 본 고양이 영상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필터 버블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filter bubble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비슷한 정보만 보게 되는 상태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추천이 한 주제로만 가득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데이터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data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AI가 배우는 재료가 되는 기록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내가 본 영상, 검색어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A655F"/>
              <w:left w:val="dashed" w:sz="6" w:space="0" w:color="5A655F"/>
              <w:bottom w:val="dashed" w:sz="6" w:space="0" w:color="5A655F"/>
              <w:right w:val="dashed" w:sz="6" w:space="0" w:color="5A655F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1. O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막히는 정도를 예측해서 길을 골라 줘요.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2. ③ 손전등 켜기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버튼을 누르면 정해진 대로 켜질 뿐이에요.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3. 인식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얼굴 잠금은 얼굴을 인식하는 AI예요.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사람마다 본 영상(시청 기록)이 달라서, AI가 찾은 규칙도 달라지기 때문이에요.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719994B9-803D-439E-8B6B-DE8F4FA778F0}"/>
    <w:embedBold r:id="rIdF2" w:fontKey="{22DC1E7B-B865-45EE-A16F-D2B858F60146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A655F"/>
        <w:sz w:val="19"/>
      </w:rPr>
      <w:t xml:space="preserve">초급 02  ·  </w:t>
    </w:r>
    <w:r>
      <w:rPr>
        <w:rFonts w:ascii="Pretendard" w:hAnsi="Pretendard" w:eastAsia="Pretendard" w:cs="Pretendard"/>
        <w:b/>
        <w:color w:val="1E7A41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E7A41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A655F"/>
              <w:sz w:val="19"/>
            </w:rPr>
            <w:t xml:space="preserve">   |   초급 02. 우리 주변에 숨어 있는 AI 찾기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F2A24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초급 02. 우리 주변에 숨어 있는 AI 찾기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