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03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컴퓨터 프로그램과 AI는 뭐가 다를까?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일반 프로그램은 시킨 대로, AI는 예시에서 규칙을 찾아요.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일반 프로그램과 AI가 규칙을 얻는 방법의 차이를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생활 속 기능을 일반 프로그램과 AI로 나눠 볼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AI의 결과가 늘 똑같지 않고 틀릴 수 있는 까닭을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03강 — 왼쪽(일반 프로그램)과 오른쪽(AI)을 비교해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규칙을 누가 정하는지에 집중해서 읽어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규칙을 누가 정할까요?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E7A41"/>
          <w:sz w:val="24"/>
        </w:rPr>
        <w:t>프로그램(program)</w:t>
      </w:r>
      <w:r>
        <w:rPr>
          <w:rFonts w:ascii="Pretendard" w:hAnsi="Pretendard" w:eastAsia="Pretendard" w:cs="Pretendard"/>
          <w:b w:val="0"/>
          <w:color w:val="1F2A24"/>
          <w:sz w:val="24"/>
        </w:rPr>
        <w:t>은 컴퓨터가 정해진 순서대로 하도록 적어 둔 명령이에요. 계산기, 알람, 게임 속 점수 세기가 모두 프로그램이에요.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일반 프로그램은 </w:t>
      </w:r>
      <w:r>
        <w:rPr>
          <w:rFonts w:ascii="Pretendard" w:hAnsi="Pretendard" w:eastAsia="Pretendard" w:cs="Pretendard"/>
          <w:b/>
          <w:color w:val="1E7A41"/>
          <w:sz w:val="24"/>
        </w:rPr>
        <w:t>사람이 규칙을 하나하나 정해 줘요.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그래서 늘 똑같이 움직이지만, 적어 주지 않은 상황은 처리하지 못해요.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AI도 프로그램의 한 종류예요. 다른 점은 많은 예시를 보고 </w:t>
      </w:r>
      <w:r>
        <w:rPr>
          <w:rFonts w:ascii="Pretendard" w:hAnsi="Pretendard" w:eastAsia="Pretendard" w:cs="Pretendard"/>
          <w:b/>
          <w:color w:val="1E7A41"/>
          <w:sz w:val="24"/>
        </w:rPr>
        <w:t>규칙을 스스로 찾는다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는 거예요. 이 과정을 </w:t>
      </w:r>
      <w:r>
        <w:rPr>
          <w:rFonts w:ascii="Pretendard" w:hAnsi="Pretendard" w:eastAsia="Pretendard" w:cs="Pretendard"/>
          <w:b/>
          <w:color w:val="1E7A41"/>
          <w:sz w:val="24"/>
        </w:rPr>
        <w:t>학습(learning)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bow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라면 끓이기로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“물 550mL를 끓이고, 면과 수프를 넣고, 4분 기다리기.” 이렇게 순서를 하나하나 적어 주고 그대로 따라 하게 하면 </w:t>
      </w:r>
      <w:r>
        <w:rPr>
          <w:rFonts w:ascii="Pretendard" w:hAnsi="Pretendard" w:eastAsia="Pretendard" w:cs="Pretendard"/>
          <w:b/>
          <w:color w:val="1E7A41"/>
          <w:sz w:val="24"/>
        </w:rPr>
        <w:t>일반 프로그램</w:t>
      </w:r>
      <w:r>
        <w:rPr>
          <w:rFonts w:ascii="Pretendard" w:hAnsi="Pretendard" w:eastAsia="Pretendard" w:cs="Pretendard"/>
          <w:b w:val="0"/>
          <w:color w:val="1F2A24"/>
          <w:sz w:val="24"/>
        </w:rPr>
        <w:t>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반대로 라면을 여러 번 끓여 보고 “물이 적으면 짜고, 오래 끓이면 면이 퍼지는구나” 하고 스스로 알아내면 </w:t>
      </w:r>
      <w:r>
        <w:rPr>
          <w:rFonts w:ascii="Pretendard" w:hAnsi="Pretendard" w:eastAsia="Pretendard" w:cs="Pretendard"/>
          <w:b/>
          <w:color w:val="1E7A41"/>
          <w:sz w:val="24"/>
        </w:rPr>
        <w:t>AI에 가까워요.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순서표대로 하는 방법은 늘 같은 맛이 나요. 여러 번 해 보며 알아내는 방법은 처음 보는 라면도 짐작해서 끓여 볼 수 있지만, 가끔 실패하기도 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일반 프로그램은 사람이 시킨 대로만 해요. AI는 예시를 보고 스스로 규칙을 찾아요.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phon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속에서 비교해 봐요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E7A41"/>
          <w:sz w:val="24"/>
        </w:rPr>
        <w:t>계산기</w:t>
      </w:r>
      <w:r>
        <w:rPr>
          <w:rFonts w:ascii="Pretendard" w:hAnsi="Pretendard" w:eastAsia="Pretendard" w:cs="Pretendard"/>
          <w:b w:val="0"/>
          <w:color w:val="1F2A24"/>
          <w:sz w:val="24"/>
        </w:rPr>
        <w:t>는 2+3을 누르면 누가 언제 눌러도 5가 나와요. 사람이 정해 준 계산 규칙을 그대로 따르기 때문이에요.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E7A41"/>
          <w:sz w:val="24"/>
        </w:rPr>
        <w:t>사진 앱 검색</w:t>
      </w:r>
      <w:r>
        <w:rPr>
          <w:rFonts w:ascii="Pretendard" w:hAnsi="Pretendard" w:eastAsia="Pretendard" w:cs="Pretendard"/>
          <w:b w:val="0"/>
          <w:color w:val="1F2A24"/>
          <w:sz w:val="24"/>
        </w:rPr>
        <w:t>에 “강아지”를 치면 강아지 사진을 찾아 줘요. 강아지 사진을 많이 보고 배운 AI가 짐작한 거예요. 그래서 가끔 고양이 사진이 섞이기도 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둘 중 무엇이 더 좋은 것은 아니에요. </w:t>
      </w:r>
      <w:r>
        <w:rPr>
          <w:rFonts w:ascii="Pretendard" w:hAnsi="Pretendard" w:eastAsia="Pretendard" w:cs="Pretendard"/>
          <w:b/>
          <w:color w:val="1E7A41"/>
          <w:sz w:val="24"/>
        </w:rPr>
        <w:t>정확히 똑같아야 하는 일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은 일반 프로그램이, </w:t>
      </w:r>
      <w:r>
        <w:rPr>
          <w:rFonts w:ascii="Pretendard" w:hAnsi="Pretendard" w:eastAsia="Pretendard" w:cs="Pretendard"/>
          <w:b/>
          <w:color w:val="1E7A41"/>
          <w:sz w:val="24"/>
        </w:rPr>
        <w:t>모양이 제각각인 것을 알아보는 일</w:t>
      </w:r>
      <w:r>
        <w:rPr>
          <w:rFonts w:ascii="Pretendard" w:hAnsi="Pretendard" w:eastAsia="Pretendard" w:cs="Pretendard"/>
          <w:b w:val="0"/>
          <w:color w:val="1F2A24"/>
          <w:sz w:val="24"/>
        </w:rPr>
        <w:t>은 AI가 잘 맞아요.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계산기와 사진 앱 검색을 직접 비교해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사람이 규칙을 다 적어 주기 어려운 일은 무엇일까요? 하나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사람마다 다른 손글씨 알아보기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03강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+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=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5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계산기는 몇 번을 눌러도 같은 답을 내요. 정해진 규칙이니까요.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라면 순서표에 적힌 끓이는 시간처럼, 일반 프로그램은 적힌 대로만 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 xml:space="preserve">장 중 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9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장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사진 앱이 강아지 사진을 맞게 찾은 비율을 예로 든 숫자예요.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일반 프로그램과 AI를 나란히 놓고 비교해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그림으로 보는 비교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7597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구분</w:t>
            </w:r>
          </w:p>
        </w:tc>
        <w:tc>
          <w:tcPr>
            <w:tcW w:type="dxa" w:w="759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어떻게 움직일까요?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일반 프로그램</w:t>
            </w:r>
          </w:p>
        </w:tc>
        <w:tc>
          <w:tcPr>
            <w:tcW w:type="dxa" w:w="759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사람이 규칙을 정해 줘요. 정해진 대로만 움직여서, 적어 주지 않은 상황은 처리하지 못해요.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AI</w:t>
            </w:r>
          </w:p>
        </w:tc>
        <w:tc>
          <w:tcPr>
            <w:tcW w:type="dxa" w:w="759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많은 예시를 보고 규칙을 찾아요. 처음 보는 것도 배운 규칙으로 짐작해요.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공통점</w:t>
            </w:r>
          </w:p>
        </w:tc>
        <w:tc>
          <w:tcPr>
            <w:tcW w:type="dxa" w:w="759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둘 다 사람이 만들고, 컴퓨터 안에서 움직여요.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하나씩 더 비교해 봐요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일반 프로그램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규칙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사람이 적어 줘요.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예시에서 스스로 찾아요.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결과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늘 똑같아요.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조금씩 달라질 수 있어요.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처음 보는 상황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처리하지 못해요.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배운 규칙으로 짐작해요.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예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계산기, 알람, 타이머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 검색, 얼굴 인식, 영상 추천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자판기는 일반 프로그램일까요, AI일까요? 까닭과 함께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버튼을 누르면 늘 같은 음료가 나오는지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같은 일을 10번 했을 때 똑같은 결과가 나온 횟수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이해를 도우려고 만든 예시 숫자예요. AI의 결과는 데이터와 상황에 따라 달라져요.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10번 모두 똑같은 결과가 나온 것은 무엇인가요? 그것은 일반 프로그램일까요, AI일까요?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막대가 10에 닿은 것을 찾아봐요.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프로그램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Program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컴퓨터가 정해진 순서대로 하도록 적어 둔 명령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규칙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Rule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“이렇게 하면 이렇게 된다”는 약속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학습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Learning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예시를 보고 규칙을 스스로 찾아내는 과정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계산기와 사진 앱 검색 비교하기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계산기 앱과 사진 앱의 검색 기능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을 비교해 보세요. 계산기는 2+3을 누르면 늘 5가 나와요. 사진 앱에서 “강아지”나 “바다”를 검색하면 사진을 찾아 주는데, 가끔 틀리기도 해요. 어느 쪽이 일반 프로그램이고 어느 쪽이 AI인지, 왜 그렇게 생각하는지 적어 보세요.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계산기에 2+3을 세 번 눌러 보고 결과를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사진 앱 검색창에 “강아지”나 “바다”를 쳐 보고, 맞게 찾은 사진과 틀린 사진을 세어 봐요.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어느 쪽이 일반 프로그램이고 어느 쪽이 AI인지 까닭과 함께 적어요.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사진 앱은 보호자의 허락을 받고 함께 봐요. 다른 사람의 사진은 함부로 보거나 퍼뜨리지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360"/>
              <w:gridCol w:w="2365"/>
              <w:gridCol w:w="2838"/>
              <w:gridCol w:w="2365"/>
            </w:tblGrid>
            <w:tr>
              <w:trPr>
                <w:cantSplit/>
              </w:trPr>
              <w:tc>
                <w:tcPr>
                  <w:tcW w:type="dxa" w:w="1361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365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해 본 것</w:t>
                  </w:r>
                </w:p>
              </w:tc>
              <w:tc>
                <w:tcPr>
                  <w:tcW w:type="dxa" w:w="2838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결과</w:t>
                  </w:r>
                </w:p>
              </w:tc>
              <w:tc>
                <w:tcPr>
                  <w:tcW w:type="dxa" w:w="2365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일반 프로그램? AI?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계산기</w:t>
                  </w:r>
                </w:p>
              </w:tc>
              <w:tc>
                <w:tcPr>
                  <w:tcW w:type="dxa" w:w="236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83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36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사진 앱 검색</w:t>
                  </w:r>
                </w:p>
              </w:tc>
              <w:tc>
                <w:tcPr>
                  <w:tcW w:type="dxa" w:w="236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83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365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왜 그렇게 나눴나요? 까닭을 적어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사진 앱이 틀린 사진이 있었다면, 왜 틀렸을지 짐작해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일반 프로그램이 더 알맞은 일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AI가 더 알맞은 일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일반 프로그램은 정해진 규칙대로, AI는 예시에서 찾은 규칙으로 일해요.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AI는 사람이 모든 규칙을 하나하나 정해 줘야만 한다.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다음 중 일반 프로그램에 더 가까운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계산기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얼굴 인식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영상 추천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예시를 보고 규칙을 스스로 찾아내는 과정을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사진 앱 검색이 가끔 틀리는 까닭을 한 문장으로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입력 + 규칙 = 답, 입력 + 답 = 규칙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일반 프로그램은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“입력 + 규칙 = 답”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이에요. AI 학습은 거꾸로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“입력 + 답(정답 예시) = 규칙”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을 찾아내요. 그래서 AI는 결과가 늘 똑같지 않고, 틀릴 가능성도 함께 가지고 있어요.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예를 들어 손글씨 숫자를 알아보는 규칙을 사람이 다 적기는 아주 어려워요. 사람마다 글씨가 다르니까요. 그래서 손글씨 사진(입력)과 정답 숫자(답)를 많이 보여 주고, 규칙은 AI가 찾게 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은행 계좌의 돈 계산은 일반 프로그램과 AI 가운데 무엇으로 하는 게 좋을까요? 까닭도 적어 보세요.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프로그램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program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컴퓨터가 정해진 순서대로 하도록 적어 둔 명령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계산기 앱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규칙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rule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“이렇게 하면 이렇게 된다”는 약속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“2+3이면 5”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학습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learning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예시를 보고 규칙을 스스로 찾아내는 과정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라면을 여러 번 끓여 보기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입력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input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컴퓨터에 넣어 주는 것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계산기에 누른 숫자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출력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output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컴퓨터가 내놓는 결과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화면에 뜬 5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명령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command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컴퓨터에게 하라고 시키는 말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“4분 기다려.”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예시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example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배울 때 보는 본보기 자료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강아지 사진 여러 장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정답 예시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labeled example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정답이 함께 붙어 있는 예시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‘강아지’라고 적힌 사진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검색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search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원하는 것을 찾아내기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 앱에서 “바다” 찾기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짐작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guess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확실하지 않지만 그럴 것이라고 생각하기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“이건 강아지 같아.”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AI는 예시를 보고 규칙을 스스로 찾아요.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① 계산기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정해진 계산을 늘 똑같이 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학습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라면을 여러 번 끓여 보며 알아내는 것과 비슷해요.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 앱은 예시에서 찾은 규칙으로 짐작하기 때문에, 비슷하게 생긴 사진을 헷갈릴 수 있어서요.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8AECB75C-B780-4BBE-A6A0-3D62EE0B40A8}"/>
    <w:embedBold r:id="rIdF2" w:fontKey="{1116825D-093B-4953-8024-CE2ED77F0495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03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03. 컴퓨터 프로그램과 AI는 뭐가 다를까?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03. 컴퓨터 프로그램과 AI는 뭐가 다를까?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