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3F4E6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04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A35A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  <w:shd w:val="clear" w:color="auto" w:fill="FFFFFF"/>
              </w:rPr>
              <w:t xml:space="preserve">  초급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데이터는 AI의 밥이다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AI는 데이터를 먹고 배워요. 넉넉하고, 골고루, 정확해야 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데이터의 4가지 모습(글, 사진, 소리, 숫자)을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좋은 데이터의 조건(넉넉하게, 골고루, 정확하게)을 설명할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치우친 데이터로 배우면 AI가 실수하기 쉬운 까닭을 알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한눈에 보는 04강 — 좋은 데이터의 세 가지 조건을 먼저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AI에게 데이터는 밥과 같아요. 어떤 밥이 좋은지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좋은 데이터는 어떤 데이터일까요?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AI가 공부할 때 보는 예시 자료를 </w:t>
      </w:r>
      <w:r>
        <w:rPr>
          <w:rFonts w:ascii="Pretendard" w:hAnsi="Pretendard" w:eastAsia="Pretendard" w:cs="Pretendard"/>
          <w:b/>
          <w:color w:val="1E7A41"/>
          <w:sz w:val="24"/>
        </w:rPr>
        <w:t>학습 데이터(training data)</w:t>
      </w:r>
      <w:r>
        <w:rPr>
          <w:rFonts w:ascii="Pretendard" w:hAnsi="Pretendard" w:eastAsia="Pretendard" w:cs="Pretendard"/>
          <w:b w:val="0"/>
          <w:color w:val="1F2A24"/>
          <w:sz w:val="24"/>
        </w:rPr>
        <w:t>라고 해요. AI는 이 데이터에서 규칙을 찾아요.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좋은 데이터에는 세 가지 조건이 있어요. </w:t>
      </w:r>
      <w:r>
        <w:rPr>
          <w:rFonts w:ascii="Pretendard" w:hAnsi="Pretendard" w:eastAsia="Pretendard" w:cs="Pretendard"/>
          <w:b/>
          <w:color w:val="1E7A41"/>
          <w:sz w:val="24"/>
        </w:rPr>
        <w:t>넉넉하게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(양이 충분하게), </w:t>
      </w:r>
      <w:r>
        <w:rPr>
          <w:rFonts w:ascii="Pretendard" w:hAnsi="Pretendard" w:eastAsia="Pretendard" w:cs="Pretendard"/>
          <w:b/>
          <w:color w:val="1E7A41"/>
          <w:sz w:val="24"/>
        </w:rPr>
        <w:t>골고루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(여러 경우를 고르게), </w:t>
      </w:r>
      <w:r>
        <w:rPr>
          <w:rFonts w:ascii="Pretendard" w:hAnsi="Pretendard" w:eastAsia="Pretendard" w:cs="Pretendard"/>
          <w:b/>
          <w:color w:val="1E7A41"/>
          <w:sz w:val="24"/>
        </w:rPr>
        <w:t>정확하게</w:t>
      </w:r>
      <w:r>
        <w:rPr>
          <w:rFonts w:ascii="Pretendard" w:hAnsi="Pretendard" w:eastAsia="Pretendard" w:cs="Pretendard"/>
          <w:b w:val="0"/>
          <w:color w:val="1F2A24"/>
          <w:sz w:val="24"/>
        </w:rPr>
        <w:t>(틀린 내용 없이)예요.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데이터가 얼마나 정확하고 쓸모 있는지를 </w:t>
      </w:r>
      <w:r>
        <w:rPr>
          <w:rFonts w:ascii="Pretendard" w:hAnsi="Pretendard" w:eastAsia="Pretendard" w:cs="Pretendard"/>
          <w:b/>
          <w:color w:val="1E7A41"/>
          <w:sz w:val="24"/>
        </w:rPr>
        <w:t>데이터 품질(data quality)</w:t>
      </w:r>
      <w:r>
        <w:rPr>
          <w:rFonts w:ascii="Pretendard" w:hAnsi="Pretendard" w:eastAsia="Pretendard" w:cs="Pretendard"/>
          <w:b w:val="0"/>
          <w:color w:val="1F2A24"/>
          <w:sz w:val="24"/>
        </w:rPr>
        <w:t>이라고 해요. 양만 많다고 좋은 데이터는 아니에요.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bow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골고루 먹는 급식으로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급식에서 좋아하는 반찬만 먹으면 몸에 필요한 영양소가 모자라요. AI도 비슷해요. 한쪽으로 치우친 데이터만 먹으면 </w:t>
      </w:r>
      <w:r>
        <w:rPr>
          <w:rFonts w:ascii="Pretendard" w:hAnsi="Pretendard" w:eastAsia="Pretendard" w:cs="Pretendard"/>
          <w:b/>
          <w:color w:val="1E7A41"/>
          <w:sz w:val="24"/>
        </w:rPr>
        <w:t>AI도 한쪽만 아는 편식쟁이</w:t>
      </w:r>
      <w:r>
        <w:rPr>
          <w:rFonts w:ascii="Pretendard" w:hAnsi="Pretendard" w:eastAsia="Pretendard" w:cs="Pretendard"/>
          <w:b w:val="0"/>
          <w:color w:val="1F2A24"/>
          <w:sz w:val="24"/>
        </w:rPr>
        <w:t>가 돼요.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예를 들어 하얀 강아지 사진으로만 배운 AI는 까만 강아지를 보고 헷갈릴 수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또 상한 음식을 먹으면 배탈이 나듯이, </w:t>
      </w:r>
      <w:r>
        <w:rPr>
          <w:rFonts w:ascii="Pretendard" w:hAnsi="Pretendard" w:eastAsia="Pretendard" w:cs="Pretendard"/>
          <w:b/>
          <w:color w:val="1E7A41"/>
          <w:sz w:val="24"/>
        </w:rPr>
        <w:t>틀린 데이터로 배우면 AI도 틀린 답</w:t>
      </w:r>
      <w:r>
        <w:rPr>
          <w:rFonts w:ascii="Pretendard" w:hAnsi="Pretendard" w:eastAsia="Pretendard" w:cs="Pretendard"/>
          <w:b w:val="0"/>
          <w:color w:val="1F2A24"/>
          <w:sz w:val="24"/>
        </w:rPr>
        <w:t>을 내놓아요.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26"/>
        <w:gridCol w:w="2126"/>
        <w:gridCol w:w="2126"/>
        <w:gridCol w:w="2126"/>
      </w:tblGrid>
      <w:tr>
        <w:trPr>
          <w:cantSplit/>
        </w:trPr>
        <w:tc>
          <w:tcPr>
            <w:tcW w:type="dxa" w:w="2126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배운 사진 1</w:t>
            </w:r>
          </w:p>
        </w:tc>
        <w:tc>
          <w:tcPr>
            <w:tcW w:type="dxa" w:w="2126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배운 사진 2</w:t>
            </w:r>
          </w:p>
        </w:tc>
        <w:tc>
          <w:tcPr>
            <w:tcW w:type="dxa" w:w="2126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배운 사진 3</w:t>
            </w:r>
          </w:p>
        </w:tc>
        <w:tc>
          <w:tcPr>
            <w:tcW w:type="dxa" w:w="2126"/>
            <w:tcBorders>
              <w:top w:val="single" w:sz="4" w:space="0" w:color="5C3A00"/>
              <w:left w:val="single" w:sz="4" w:space="0" w:color="5C3A00"/>
              <w:bottom w:val="single" w:sz="4" w:space="0" w:color="5C3A00"/>
              <w:right w:val="single" w:sz="4" w:space="0" w:color="5C3A00"/>
            </w:tcBorders>
            <w:shd w:val="clear" w:color="auto" w:fill="FFB547"/>
            <w:tcMar>
              <w:top w:w="70" w:type="dxa"/>
              <w:left w:w="0" w:type="dxa"/>
              <w:bottom w:w="70" w:type="dxa"/>
              <w:right w:w="0" w:type="dxa"/>
            </w:tcMar>
            <w:vAlign w:val="center"/>
          </w:tcPr>
          <w:p>
            <w:pPr>
              <w:widowControl/>
              <w:spacing w:before="0" w:after="0" w:line="26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5C3A00"/>
                <w:sz w:val="22"/>
              </w:rPr>
              <w:t>새 사진</w:t>
            </w:r>
          </w:p>
        </w:tc>
      </w:tr>
      <w:tr>
        <w:trPr>
          <w:cantSplit/>
          <w:trHeight w:val="794" w:hRule="exact"/>
        </w:trPr>
        <w:tc>
          <w:tcPr>
            <w:tcW w:type="dxa" w:w="2126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하얀 강아지</w:t>
            </w:r>
          </w:p>
        </w:tc>
        <w:tc>
          <w:tcPr>
            <w:tcW w:type="dxa" w:w="2126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하얀 강아지</w:t>
            </w:r>
          </w:p>
        </w:tc>
        <w:tc>
          <w:tcPr>
            <w:tcW w:type="dxa" w:w="2126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하얀 강아지</w:t>
            </w:r>
          </w:p>
        </w:tc>
        <w:tc>
          <w:tcPr>
            <w:tcW w:type="dxa" w:w="2126"/>
            <w:tcBorders>
              <w:top w:val="single" w:sz="6" w:space="0" w:color="5C3A00"/>
              <w:left w:val="single" w:sz="6" w:space="0" w:color="5C3A00"/>
              <w:bottom w:val="single" w:sz="6" w:space="0" w:color="5C3A00"/>
              <w:right w:val="single" w:sz="6" w:space="0" w:color="5C3A00"/>
            </w:tcBorders>
            <w:shd w:val="clear" w:color="auto" w:fill="FFF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까만 강아지?</w:t>
            </w:r>
          </w:p>
        </w:tc>
      </w:tr>
    </w:tbl>
    <w:p>
      <w:pPr>
        <w:widowControl/>
        <w:spacing w:before="60" w:after="40" w:line="288" w:lineRule="auto"/>
        <w:jc w:val="center"/>
      </w:pPr>
      <w:r>
        <w:rPr>
          <w:rFonts w:ascii="Pretendard" w:hAnsi="Pretendard" w:eastAsia="Pretendard" w:cs="Pretendard"/>
          <w:b/>
          <w:color w:val="1E7A41"/>
          <w:sz w:val="19"/>
        </w:rPr>
        <w:t xml:space="preserve">예시 그림  </w:t>
      </w:r>
      <w:r>
        <w:rPr>
          <w:rFonts w:ascii="Pretendard" w:hAnsi="Pretendard" w:eastAsia="Pretendard" w:cs="Pretendard"/>
          <w:b w:val="0"/>
          <w:color w:val="5A655F"/>
          <w:sz w:val="19"/>
        </w:rPr>
        <w:t>하얀 강아지만 보고 배운 AI는 까만 강아지를 헷갈릴 수 있어요.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EEF3EF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AI는 데이터를 먹고 배워요. 데이터가 넉넉하고, 골고루 있고, 정확해야 AI가 잘 배울 수 있어요.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ele_doc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데이터는 어디에나 있어요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데이터는 컴퓨터 속에만 있는 게 아니에요. 내가 쓴 </w:t>
      </w:r>
      <w:r>
        <w:rPr>
          <w:rFonts w:ascii="Pretendard" w:hAnsi="Pretendard" w:eastAsia="Pretendard" w:cs="Pretendard"/>
          <w:b/>
          <w:color w:val="1E7A41"/>
          <w:sz w:val="24"/>
        </w:rPr>
        <w:t>일기와 메시지(글)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, 찍은 </w:t>
      </w:r>
      <w:r>
        <w:rPr>
          <w:rFonts w:ascii="Pretendard" w:hAnsi="Pretendard" w:eastAsia="Pretendard" w:cs="Pretendard"/>
          <w:b/>
          <w:color w:val="1E7A41"/>
          <w:sz w:val="24"/>
        </w:rPr>
        <w:t>사진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, 녹음한 </w:t>
      </w:r>
      <w:r>
        <w:rPr>
          <w:rFonts w:ascii="Pretendard" w:hAnsi="Pretendard" w:eastAsia="Pretendard" w:cs="Pretendard"/>
          <w:b/>
          <w:color w:val="1E7A41"/>
          <w:sz w:val="24"/>
        </w:rPr>
        <w:t>목소리(소리)</w:t>
      </w: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, 매일 재는 </w:t>
      </w:r>
      <w:r>
        <w:rPr>
          <w:rFonts w:ascii="Pretendard" w:hAnsi="Pretendard" w:eastAsia="Pretendard" w:cs="Pretendard"/>
          <w:b/>
          <w:color w:val="1E7A41"/>
          <w:sz w:val="24"/>
        </w:rPr>
        <w:t>걸음 수(숫자)</w:t>
      </w:r>
      <w:r>
        <w:rPr>
          <w:rFonts w:ascii="Pretendard" w:hAnsi="Pretendard" w:eastAsia="Pretendard" w:cs="Pretendard"/>
          <w:b w:val="0"/>
          <w:color w:val="1F2A24"/>
          <w:sz w:val="24"/>
        </w:rPr>
        <w:t>도 모두 데이터예요.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>날씨 앱은 기온과 비 온 기록(숫자)으로, 번역기는 아주 많은 문장(글)로, 음성 비서는 많은 말소리(소리)로 배워요.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F2A24"/>
          <w:sz w:val="24"/>
        </w:rPr>
        <w:t xml:space="preserve">데이터를 모을 때는 지켜야 할 약속도 있어요. </w:t>
      </w:r>
      <w:r>
        <w:rPr>
          <w:rFonts w:ascii="Pretendard" w:hAnsi="Pretendard" w:eastAsia="Pretendard" w:cs="Pretendard"/>
          <w:b/>
          <w:color w:val="1E7A41"/>
          <w:sz w:val="24"/>
        </w:rPr>
        <w:t>다른 사람의 이름, 얼굴, 사진</w:t>
      </w:r>
      <w:r>
        <w:rPr>
          <w:rFonts w:ascii="Pretendard" w:hAnsi="Pretendard" w:eastAsia="Pretendard" w:cs="Pretendard"/>
          <w:b w:val="0"/>
          <w:color w:val="1F2A24"/>
          <w:sz w:val="24"/>
        </w:rPr>
        <w:t>은 허락 없이 모으거나 쓰면 안 돼요.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 xml:space="preserve">  뒤에 나오는 ‘직접 해보기 미션’에서 적은 사람과 많은 사람에게 물었을 때의 차이를 직접 느껴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미리 생각하기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내가 오늘 만든 데이터를 하나 적어 보세요. 글, 사진, 소리, 숫자 가운데 무엇인가요?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예: 아침에 찍은 사진, 친구에게 보낸 메시지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숫자로 보는 04강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4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이 강에서 살펴본 데이터의 모습: 글, 사진, 소리, 숫자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명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옆자리 친구 3명에게만 물으면 결과가 한쪽으로 치우치기 쉬워요.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1"/>
              </w:rPr>
              <w:t>좋은 데이터의 조건: 넉넉하게, 골고루, 정확하게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E7A41"/>
          <w:sz w:val="19"/>
        </w:rPr>
        <w:t>사실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A655F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데이터의 모습과 좋은 데이터의 조건을 정리해요.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데이터의 4가지 모습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3969"/>
        <w:gridCol w:w="3628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모습</w:t>
            </w:r>
          </w:p>
        </w:tc>
        <w:tc>
          <w:tcPr>
            <w:tcW w:type="dxa" w:w="3969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어떤 자료일까요?</w:t>
            </w:r>
          </w:p>
        </w:tc>
        <w:tc>
          <w:tcPr>
            <w:tcW w:type="dxa" w:w="362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AI가 배우는 예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① 글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책, 뉴스 기사, 메시지 같은 글자 자료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번역기, 맞춤법 검사기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② 사진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그림, 사진, 영상 같은 눈으로 보는 자료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 검색, 얼굴 잠금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③ 소리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말소리, 음악 같은 귀로 듣는 자료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 비서, 노래 찾기 앱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④ 숫자</w:t>
            </w:r>
          </w:p>
        </w:tc>
        <w:tc>
          <w:tcPr>
            <w:tcW w:type="dxa" w:w="3969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시험 점수, 기온, 걸음 수 같은 숫자 자료</w:t>
            </w:r>
          </w:p>
        </w:tc>
        <w:tc>
          <w:tcPr>
            <w:tcW w:type="dxa" w:w="362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날씨 예보, 걸음 수 앱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좋은 데이터와 나쁜 데이터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조건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좋은 데이터</w:t>
            </w:r>
          </w:p>
        </w:tc>
        <w:tc>
          <w:tcPr>
            <w:tcW w:type="dxa" w:w="402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나쁜 데이터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양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넉넉해요. 여러 번 볼 수 있어요.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너무 적어요. 규칙을 찾기 어려워요.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고르기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여러 경우를 골고루 모았어요.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한쪽 경우만 잔뜩 모았어요.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정확함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내용이 없어요.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이름표, 잘못된 기록이 섞였어요.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지킬 것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허락받고 모았어요.</w:t>
            </w:r>
          </w:p>
        </w:tc>
        <w:tc>
          <w:tcPr>
            <w:tcW w:type="dxa" w:w="402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남의 사진, 개인 정보를 몰래 모았어요.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고양이 사진 100장 가운데 20장에 ‘강아지’라는 이름표가 잘못 붙어 있다면, AI는 어떻게 될까요?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틀린 데이터로 배우면 무엇을 배우게 될지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배운 사진에 따라 달라지는 까만 강아지 알아보기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※ 이해를 도우려고 만든 예시 숫자예요. 실제 결과는 사진의 질과 AI의 종류에 따라 달라져요.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C733D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어떤 사진으로 배웠을 때 까만 강아지를 가장 잘 맞혔나요? 그 까닭은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 그래프는 예시 데이터예요. ‘골고루’라는 말을 떠올려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E7A41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학습 데이터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training data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AI가 공부할 때 보는 예시 자료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편향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bias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한쪽으로 치우쳐 있는 것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2FA35A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데이터 품질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>data quality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F2A24"/>
                      <w:sz w:val="24"/>
                    </w:rPr>
                    <w:t>데이터가 얼마나 정확하고 쓸모 있는지를 나타내는 말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FFB547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우리 반 인기 급식 메뉴 조사하기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‘우리 반 인기 급식 메뉴’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를 두 가지 방법으로 조사해 보세요. 두 결과가 같나요, 다른가요? 적은 사람에게만 물으면 결과가 한쪽으로 치우칠 수 있다는 걸 느껴 보세요.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내 옆자리 친구 3명에게만 물어보기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반 친구 모두에게 손을 들어 답하게 하기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두 결과를 아래 표에 적고 비교해요.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>이름은 적지 말고 메뉴와 숫자만 기록해요.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360"/>
              <w:gridCol w:w="2523"/>
              <w:gridCol w:w="2523"/>
              <w:gridCol w:w="2523"/>
            </w:tblGrid>
            <w:tr>
              <w:trPr>
                <w:cantSplit/>
              </w:trPr>
              <w:tc>
                <w:tcPr>
                  <w:tcW w:type="dxa" w:w="1361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523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1등 메뉴</w:t>
                  </w:r>
                </w:p>
              </w:tc>
              <w:tc>
                <w:tcPr>
                  <w:tcW w:type="dxa" w:w="2523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2등 메뉴</w:t>
                  </w:r>
                </w:p>
              </w:tc>
              <w:tc>
                <w:tcPr>
                  <w:tcW w:type="dxa" w:w="2523"/>
                  <w:tcBorders>
                    <w:top w:val="single" w:sz="4" w:space="0" w:color="1C733D"/>
                    <w:left w:val="single" w:sz="4" w:space="0" w:color="1C733D"/>
                    <w:bottom w:val="single" w:sz="4" w:space="0" w:color="1C733D"/>
                    <w:right w:val="single" w:sz="4" w:space="0" w:color="1C733D"/>
                  </w:tcBorders>
                  <w:shd w:val="clear" w:color="auto" w:fill="1C733D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3등 메뉴</w:t>
                  </w: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친구 3명</w:t>
                  </w:r>
                </w:p>
              </w:tc>
              <w:tc>
                <w:tcPr>
                  <w:tcW w:type="dxa" w:w="252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52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52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680" w:hRule="exact"/>
              </w:trPr>
              <w:tc>
                <w:tcPr>
                  <w:tcW w:type="dxa" w:w="1361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shd w:val="clear" w:color="auto" w:fill="E3EBE5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반 전체</w:t>
                  </w:r>
                </w:p>
              </w:tc>
              <w:tc>
                <w:tcPr>
                  <w:tcW w:type="dxa" w:w="252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52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2523"/>
                  <w:tcBorders>
                    <w:top w:val="single" w:sz="4" w:space="0" w:color="9DB3A4"/>
                    <w:left w:val="single" w:sz="4" w:space="0" w:color="9DB3A4"/>
                    <w:bottom w:val="single" w:sz="4" w:space="0" w:color="9DB3A4"/>
                    <w:right w:val="single" w:sz="4" w:space="0" w:color="9DB3A4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두 결과가 같았나요, 달랐나요? 왜 그렇게 되었을까요?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AI가 친구 3명의 답만 보고 배운다면 어떤 일이 생길까요?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928" w:hRule="atLeast"/>
              </w:trPr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적은 사람에게 물었을 때 좋은 점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B3A4"/>
                    <w:left w:val="single" w:sz="6" w:space="0" w:color="9DB3A4"/>
                    <w:bottom w:val="single" w:sz="6" w:space="0" w:color="9DB3A4"/>
                    <w:right w:val="single" w:sz="6" w:space="0" w:color="9DB3A4"/>
                  </w:tcBorders>
                  <w:shd w:val="clear" w:color="auto" w:fill="EEF3EF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22"/>
                    </w:rPr>
                    <w:t>적은 사람에게 물었을 때 걱정되는 점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데이터가 적거나 한쪽으로 치우치면, 그 데이터로 배운 AI도 한쪽으로 치우쳐요.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데이터는 많기만 하면 틀린 내용이 섞여도 괜찮다.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AI에게 좋은 데이터가 아닌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① 양이 넉넉한 데이터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② 여러 경우를 골고루 모은 데이터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  ③ 한쪽 경우만 잔뜩 모은 데이터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한쪽으로 치우쳐 있는 것을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  <w:u w:val="thick" w:color="1E7A41"/>
                <w:shd w:val="clear" w:color="auto" w:fill="EEF3EF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E7A41"/>
                <w:sz w:val="19"/>
                <w:bdr w:val="single" w:sz="4" w:space="0" w:color="9DB3A4"/>
                <w:shd w:val="clear" w:color="auto" w:fill="E3F4E6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데이터를 모을 때 지켜야 할 약속을 한 가지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36" w:space="0" w:color="1E7A41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8" name="Picture 2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A5650"/>
                      <w:sz w:val="22"/>
                    </w:rPr>
                    <w:t>쓰레기가 들어가면 쓰레기가 나온다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컴퓨터 과학에는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“쓰레기가 들어가면 쓰레기가 나온다(Garbage In, Garbage Out)”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라는 말이 있어요. 넣은 데이터가 나쁘면 결과도 나쁘다는 뜻이에요.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실제로 몇몇 얼굴 인식 프로그램이 피부색이 어두운 사람의 얼굴을 더 자주 잘못 알아본다는 연구 결과가 나온 적이 있어요. 배운 사진이 한쪽으로 치우쳐 있었던 것이 원인 중 하나로 꼽혀요.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 xml:space="preserve">그래서 AI를 만드는 사람은 데이터가 골고루인지 꼼꼼히 살피고, 데이터를 모을 때 </w:t>
            </w:r>
            <w:r>
              <w:rPr>
                <w:rFonts w:ascii="Pretendard" w:hAnsi="Pretendard" w:eastAsia="Pretendard" w:cs="Pretendard"/>
                <w:b/>
                <w:color w:val="1E7A41"/>
                <w:sz w:val="24"/>
              </w:rPr>
              <w:t>개인 정보와 저작권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4"/>
              </w:rPr>
              <w:t>도 지켜야 해요.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F2A24"/>
                <w:sz w:val="24"/>
              </w:rPr>
              <w:t xml:space="preserve">  생각해 봐요: 우리 학교 학생들을 돕는 AI를 만든다면, 데이터를 골고루 모으려고 어떤 점을 챙겨야 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B3A4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B3A4"/>
              <w:left w:val="single" w:sz="6" w:space="0" w:color="9DB3A4"/>
              <w:bottom w:val="single" w:sz="6" w:space="0" w:color="9DB3A4"/>
              <w:right w:val="single" w:sz="6" w:space="0" w:color="9DB3A4"/>
            </w:tcBorders>
            <w:shd w:val="clear" w:color="auto" w:fill="E3F4E6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30" name="Picture 3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E7A41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A655F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C733D"/>
              <w:left w:val="single" w:sz="4" w:space="0" w:color="1C733D"/>
              <w:bottom w:val="single" w:sz="4" w:space="0" w:color="1C733D"/>
              <w:right w:val="single" w:sz="4" w:space="0" w:color="1C733D"/>
            </w:tcBorders>
            <w:shd w:val="clear" w:color="auto" w:fill="1C733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데이터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data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배우는 재료가 되는 기록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사진, 글, 소리, 숫자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학습 데이터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training data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AI가 공부할 때 보는 예시 자료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강아지 사진 1,000장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편향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bias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한쪽으로 치우쳐 있는 것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하얀 강아지 사진만 모으기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데이터 품질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data quality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데이터가 얼마나 정확하고 쓸모 있는지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이름표가 없는 사진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이름표(레이블)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label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데이터에 붙인 정답 이름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사진에 붙인 ‘강아지’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조사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survey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사람들에게 물어 자료를 모으기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인기 급식 메뉴 손들기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표본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sample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전체 가운데 골라 살펴본 일부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친구 3명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개인 정보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personal information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누구인지 알 수 있는 정보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이름, 얼굴 사진, 주소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저작권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copyright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만든 사람이 자기 작품에 대해 갖는 권리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그림, 글, 노래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E7A41"/>
                <w:sz w:val="22"/>
              </w:rPr>
              <w:t>쓰레기 입력, 쓰레기 출력</w:t>
            </w:r>
          </w:p>
        </w:tc>
        <w:tc>
          <w:tcPr>
            <w:tcW w:type="dxa" w:w="2098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A655F"/>
                <w:sz w:val="22"/>
              </w:rPr>
              <w:t>GIGO (Garbage In, Garbage Out)</w:t>
            </w:r>
          </w:p>
        </w:tc>
        <w:tc>
          <w:tcPr>
            <w:tcW w:type="dxa" w:w="3515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나쁜 데이터를 넣으면 나쁜 결과가 나온다는 말</w:t>
            </w:r>
          </w:p>
        </w:tc>
        <w:tc>
          <w:tcPr>
            <w:tcW w:type="dxa" w:w="2494"/>
            <w:tcBorders>
              <w:top w:val="single" w:sz="4" w:space="0" w:color="C9D3CC"/>
              <w:left w:val="single" w:sz="4" w:space="0" w:color="C9D3CC"/>
              <w:bottom w:val="single" w:sz="4" w:space="0" w:color="C9D3CC"/>
              <w:right w:val="single" w:sz="4" w:space="0" w:color="C9D3CC"/>
            </w:tcBorders>
            <w:shd w:val="clear" w:color="auto" w:fill="E3EBE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틀린 기록 → 틀린 예측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A655F"/>
              <w:left w:val="dashed" w:sz="6" w:space="0" w:color="5A655F"/>
              <w:bottom w:val="dashed" w:sz="6" w:space="0" w:color="5A655F"/>
              <w:right w:val="dashed" w:sz="6" w:space="0" w:color="5A655F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A5650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A655F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틀린 데이터로 배우면 AI도 틀린 것을 배워요.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2. ③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한쪽으로 치우친 데이터로 배우면 다른 경우에서 실수하기 쉬워요.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>3. 편향</w:t>
            </w:r>
            <w:r>
              <w:rPr>
                <w:rFonts w:ascii="Pretendard" w:hAnsi="Pretendard" w:eastAsia="Pretendard" w:cs="Pretendard"/>
                <w:b w:val="0"/>
                <w:color w:val="4A5650"/>
                <w:sz w:val="22"/>
              </w:rPr>
              <w:t xml:space="preserve">  — 하얀 강아지 사진만 모은 데이터도 편향된 데이터예요.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F2A24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F2A24"/>
                <w:sz w:val="22"/>
              </w:rPr>
              <w:t>다른 사람의 이름이나 사진 같은 개인 정보는 허락 없이 모으지 않아요.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91F766C1-4905-4632-8EE9-9F90AD490B09}"/>
    <w:embedBold r:id="rIdF2" w:fontKey="{F2C7B448-E334-4155-9696-B72DA0F6872D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A655F"/>
        <w:sz w:val="19"/>
      </w:rPr>
      <w:t xml:space="preserve">초급 04  ·  </w:t>
    </w:r>
    <w:r>
      <w:rPr>
        <w:rFonts w:ascii="Pretendard" w:hAnsi="Pretendard" w:eastAsia="Pretendard" w:cs="Pretendard"/>
        <w:b/>
        <w:color w:val="1E7A41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E7A41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A655F"/>
              <w:sz w:val="19"/>
            </w:rPr>
            <w:t xml:space="preserve">   |   초급 04. 데이터는 AI의 밥이다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B3A4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F2A24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초급 04. 데이터는 AI의 밥이다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