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05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AI는 어떻게 배울까? 예시로 배우기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정답이 붙은 예시를 보고, 답해 보고, 틀리면 고치기를 되풀이해요.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AI가 예시로 배우는 4단계(예시 보기 → 답 내 보기 → 정답과 비교 → 고쳐서 다시)를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레이블(정답 이름표)이 왜 필요한지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되풀이할수록 나아지지만 완벽하지는 않다는 것을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05강 — 화살표가 다시 처음으로 돌아가는 곳을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보고, 답해 보고, 맞춰 보고, 고치는 순서를 기억해요.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AI는 예시로 배워요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AI에게 사과를 가르치고 싶다면 “빨갛고 둥글면 사과”라고 규칙을 적어 주지 않아요. 대신 </w:t>
      </w:r>
      <w:r>
        <w:rPr>
          <w:rFonts w:ascii="Pretendard" w:hAnsi="Pretendard" w:eastAsia="Pretendard" w:cs="Pretendard"/>
          <w:b/>
          <w:color w:val="1E7A41"/>
          <w:sz w:val="24"/>
        </w:rPr>
        <w:t>‘사과’라는 이름표가 붙은 사진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아주 많이 보여 줘요.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이렇게 예시에 붙인 정답 이름표를 </w:t>
      </w:r>
      <w:r>
        <w:rPr>
          <w:rFonts w:ascii="Pretendard" w:hAnsi="Pretendard" w:eastAsia="Pretendard" w:cs="Pretendard"/>
          <w:b/>
          <w:color w:val="1E7A41"/>
          <w:sz w:val="24"/>
        </w:rPr>
        <w:t>레이블(label)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이라고 해요. AI는 사진과 레이블을 함께 보며 규칙을 익혀요. 이것을 </w:t>
      </w:r>
      <w:r>
        <w:rPr>
          <w:rFonts w:ascii="Pretendard" w:hAnsi="Pretendard" w:eastAsia="Pretendard" w:cs="Pretendard"/>
          <w:b/>
          <w:color w:val="1E7A41"/>
          <w:sz w:val="24"/>
        </w:rPr>
        <w:t>학습(learning)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처음에는 엉뚱한 답도 많이 내요. 하지만 같은 과정을 여러 번 되풀이하는 </w:t>
      </w:r>
      <w:r>
        <w:rPr>
          <w:rFonts w:ascii="Pretendard" w:hAnsi="Pretendard" w:eastAsia="Pretendard" w:cs="Pretendard"/>
          <w:b/>
          <w:color w:val="1E7A41"/>
          <w:sz w:val="24"/>
        </w:rPr>
        <w:t>반복(iteration)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속에서 조금씩 나아져요.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workboo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문제집 풀고 채점하기로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수학 문제집을 풀 때를 떠올려 보세요. 문제를 풀고, 뒤쪽 정답과 맞춰 보고, 틀린 문제는 왜 틀렸는지 살펴서 다시 풀어요. 이걸 여러 번 하면 실력이 늘지요.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E7A41"/>
          <w:sz w:val="24"/>
        </w:rPr>
        <w:t>AI도 이렇게 배워요.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문제(예시)를 풀고, 정답(레이블)과 맞춰 보고, 틀린 만큼 고쳐요.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다만 AI는 수천, 수만 개의 문제를 풀고 채점하는 일을 </w:t>
      </w:r>
      <w:r>
        <w:rPr>
          <w:rFonts w:ascii="Pretendard" w:hAnsi="Pretendard" w:eastAsia="Pretendard" w:cs="Pretendard"/>
          <w:b/>
          <w:color w:val="1E7A41"/>
          <w:sz w:val="24"/>
        </w:rPr>
        <w:t>아주 빠르게, 아주 많이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되풀이한다는 점이 달라요.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AI는 정답이 붙은 예시를 아주 많이 보면서 배워요. 답을 내 보고, 틀리면 고치기를 수없이 되풀이해요.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retry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속에서도 이렇게 배워요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자전거를 처음 탈 때도 비슷해요. 페달을 밟아 보고, 넘어지면 무엇이 잘못됐는지 느끼고, 몸을 조금 고쳐서 다시 해 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받아쓰기도 그래요. 써 보고, 선생님이 채점해 주시면, 틀린 글자를 고쳐 다시 써 봐요. </w:t>
      </w:r>
      <w:r>
        <w:rPr>
          <w:rFonts w:ascii="Pretendard" w:hAnsi="Pretendard" w:eastAsia="Pretendard" w:cs="Pretendard"/>
          <w:b/>
          <w:color w:val="1E7A41"/>
          <w:sz w:val="24"/>
        </w:rPr>
        <w:t>해 보기 → 확인 → 고치기</w:t>
      </w:r>
      <w:r>
        <w:rPr>
          <w:rFonts w:ascii="Pretendard" w:hAnsi="Pretendard" w:eastAsia="Pretendard" w:cs="Pretendard"/>
          <w:b w:val="0"/>
          <w:color w:val="1F2A24"/>
          <w:sz w:val="24"/>
        </w:rPr>
        <w:t>가 되풀이돼요.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다른 점도 있어요. 사람은 왜 틀렸는지 까닭을 생각하지만, AI는 </w:t>
      </w:r>
      <w:r>
        <w:rPr>
          <w:rFonts w:ascii="Pretendard" w:hAnsi="Pretendard" w:eastAsia="Pretendard" w:cs="Pretendard"/>
          <w:b/>
          <w:color w:val="1E7A41"/>
          <w:sz w:val="24"/>
        </w:rPr>
        <w:t>틀린 정도만큼 숫자를 조금씩 고칠 뿐</w:t>
      </w:r>
      <w:r>
        <w:rPr>
          <w:rFonts w:ascii="Pretendard" w:hAnsi="Pretendard" w:eastAsia="Pretendard" w:cs="Pretendard"/>
          <w:b w:val="0"/>
          <w:color w:val="1F2A24"/>
          <w:sz w:val="24"/>
        </w:rPr>
        <w:t>이에요.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정답만 듣고 규칙을 알아내는 놀이를 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내가 여러 번 연습해서 잘하게 된 일을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줄넘기, 리코더, 구구단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05강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단계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예시 보기 → 답 내 보기 → 정답과 비교 → 고쳐서 다시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10,000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AI가 이름표 붙은 사진을 이만큼 본다고 예로 든 숫자예요.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100%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많이 되풀이해도 AI가 늘 100% 맞히지는 않아요.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AI가 배우는 순서를 문제집 풀기와 나란히 놓아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AI가 예시로 배우는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문제집 풀기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예시 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정답이 붙은 예시를 봐요. (예: ‘사과’라는 이름표가 붙은 사과 사진)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문제를 읽어요.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답 내 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지금까지 배운 것으로 답을 짐작해요.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답을 적어요.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정답과 비교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답과 정답이 얼마나 다른지 확인해요.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뒤쪽 정답과 맞춰 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고쳐서 다시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틀린 만큼 조금 고치고, 다음 예시로 또 연습해요.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틀린 까닭을 살피고 다시 풀어요.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사람의 연습과 AI의 학습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사람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연습 양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하루에 문제 몇십 개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아주 많은 예시를 빠르게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틀렸을 때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까닭을 생각하고 이해해요.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틀린 정도만큼 숫자를 조금 고쳐요.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정답 이름표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없어도 스스로 깨닫기도 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이 방법에서는 레이블이 꼭 필요해요.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결과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연습하면 늘어요.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되풀이하면 나아지지만 완벽하지 않아요.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레이블이 잘못 붙어 있으면(사과 사진에 ‘배’라고 붙어 있으면) AI는 어떻게 배울까요?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문제집 뒤쪽 정답이 틀려 있다면 어떻게 될지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연습을 되풀이할수록 줄어드는 틀린 문제 수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연습을 되풀이해도 틀린 문제가 0개가 되지 않을 수 있어요.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연습할수록 틀린 문제 수는 어떻게 변하나요? 4번째와 5번째는 어떤가요?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줄어드는 정도가 점점 작아지는 것도 살펴봐요.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학습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learning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예시를 보며 규칙을 익혀 가는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레이블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label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예시에 붙인 정답 이름표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반복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iteration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같은 과정을 여러 번 되풀이하는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규칙 맞히기 놀이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친구와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‘규칙 맞히기 놀이’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를 해 보세요. 몇 개의 예시를 보고 규칙을 알아냈는지 세어 보세요. 정답(레이블)이 붙은 예시로 배우는 AI의 방법과 비슷해요.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한 사람이 몰래 규칙을 정해요. (예: “다리가 4개인 동물이면 O”)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동물 이름을 하나씩 말하면, 규칙을 정한 사람은 O 또는 X로 정답만 알려 줘요.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맞히는 사람은 예시를 보며 규칙을 짐작하고, 새 동물로 답을 내 봐요.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역할을 바꿔 한 번 더 해 봐요. 규칙은 너무 어렵지 않게 정해요.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134"/>
              <w:gridCol w:w="2436"/>
              <w:gridCol w:w="1461"/>
              <w:gridCol w:w="3898"/>
            </w:tblGrid>
            <w:tr>
              <w:trPr>
                <w:cantSplit/>
              </w:trPr>
              <w:tc>
                <w:tcPr>
                  <w:tcW w:type="dxa" w:w="1134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436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말한 동물</w:t>
                  </w:r>
                </w:p>
              </w:tc>
              <w:tc>
                <w:tcPr>
                  <w:tcW w:type="dxa" w:w="1462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O / X</w:t>
                  </w:r>
                </w:p>
              </w:tc>
              <w:tc>
                <w:tcPr>
                  <w:tcW w:type="dxa" w:w="3898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내가 짐작한 규칙</w:t>
                  </w: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예시 1</w:t>
                  </w:r>
                </w:p>
              </w:tc>
              <w:tc>
                <w:tcPr>
                  <w:tcW w:type="dxa" w:w="243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89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예시 2</w:t>
                  </w:r>
                </w:p>
              </w:tc>
              <w:tc>
                <w:tcPr>
                  <w:tcW w:type="dxa" w:w="243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89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예시 3</w:t>
                  </w:r>
                </w:p>
              </w:tc>
              <w:tc>
                <w:tcPr>
                  <w:tcW w:type="dxa" w:w="243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89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예시 4</w:t>
                  </w:r>
                </w:p>
              </w:tc>
              <w:tc>
                <w:tcPr>
                  <w:tcW w:type="dxa" w:w="243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89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예시 5</w:t>
                  </w:r>
                </w:p>
              </w:tc>
              <w:tc>
                <w:tcPr>
                  <w:tcW w:type="dxa" w:w="243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89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몇 번째 예시에서 규칙을 알아냈나요? 무엇이 도움이 됐나요?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814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헷갈렸던 예시와 그 까닭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놀이와 AI의 학습이 닮은 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AI도 정답이 붙은 예시를 보며 규칙을 짐작하고, 틀리면 고쳐 가요.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AI는 예시를 한 번만 보면 바로 완벽하게 배운다.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AI가 예시로 배우는 순서로 알맞은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예시 보기 → 답 내 보기 → 정답과 비교 → 고치기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고치기 → 정답과 비교 → 예시 보기 → 답 내 보기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답 내 보기 → 고치기 → 예시 보기 → 정답과 비교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예시에 붙인 정답 이름표를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레이블이 틀리게 붙은 예시가 많으면 왜 문제가 될까요?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지도 학습, 비지도 학습, 강화 학습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AI가 배우는 방법은 크게 세 가지예요. 정답(레이블)이 붙은 예시로 배우는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‘지도 학습(supervised learning)’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, 정답 없이 비슷한 것끼리 묶어 보는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‘비지도 학습(unsupervised learning)’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, 잘하면 점수를 얻고 못하면 점수를 잃으며 배우는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‘강화 학습(reinforcement learning)’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이에요.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바둑이나 게임을 하는 AI는 강화 학습을 많이 써요. 오늘 배운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‘문제집 채점’ 방식은 지도 학습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에 가까워요.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반려견에게 “앉아”를 가르칠 때 간식을 주는 방법은 세 가지 학습 가운데 무엇과 닮았을까요?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학습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learning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예시를 보며 규칙을 익혀 가는 것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사과 사진 보며 배우기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레이블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label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예시에 붙인 정답 이름표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아래 ‘사과’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반복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iteration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같은 과정을 여러 번 되풀이하는 것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풀기 → 채점 → 고치기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예시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example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배울 때 보는 본보기 자료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이름표 붙은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채점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grading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답이 맞았는지 정답과 맞춰 보기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답과 정답 비교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오차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error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답과 정답이 다른 정도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정답 10, 내 답 8 → 2만큼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지도 학습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supervised learning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정답이 붙은 예시로 배우기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문제집 채점 방식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비지도 학습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unsupervised learning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정답 없이 비슷한 것끼리 묶기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비슷한 사진끼리 모으기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강화 학습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reinforcement learning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점수를 얻고 잃으며 배우기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게임하는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규칙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rule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“이렇게 되면 이렇게 된다”는 약속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“다리가 4개면 O”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여러 번 되풀이하며 조금씩 나아지고, 그래도 완벽하지는 않아요.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먼저 보고, 답해 보고, 맞춰 보고, 고치는 순서예요.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레이블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‘사과’라고 적힌 이름표가 레이블이에요.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AI가 틀린 정답을 보고 배워서, 틀린 규칙을 익히게 되기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2DCA9942-1273-4511-91DD-C4E5A5A14BFA}"/>
    <w:embedBold r:id="rIdF2" w:fontKey="{2965ADDE-CC82-443C-BEE0-C49AA50CCCFD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05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05. AI는 어떻게 배울까? 예시로 배우기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05. AI는 어떻게 배울까? 예시로 배우기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