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3F4E6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06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  <w:shd w:val="clear" w:color="auto" w:fill="FFFFFF"/>
              </w:rPr>
              <w:t xml:space="preserve">  초급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고양이와 강아지를 구분하는 AI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규칙을 외우지 않아요. 이름표 붙은 사진을 많이 보고 특징을 찾아요.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AI가 사진을 분류하는 4단계를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특징(feature)과 분류(classification)의 뜻을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규칙 몇 개로 모든 경우를 나누기 어려운 까닭을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E7A41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A655F"/>
          <w:sz w:val="19"/>
        </w:rPr>
        <w:t>한눈에 보는 06강 — AI가 찾은 특징이 무엇인지 그림에서 찾아보세요.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AI가 사진을 보고 고양이와 강아지를 나누는 방법을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규칙 대신 특징을 찾아요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“귀가 뾰족하면 고양이”라는 규칙은 맞을 때도 있지만 틀릴 때도 있어요. 귀가 뾰족한 강아지도 있으니까요.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그래서 AI는 사람이 정한 규칙 대신, 이름표 붙은 사진에서 </w:t>
      </w:r>
      <w:r>
        <w:rPr>
          <w:rFonts w:ascii="Pretendard" w:hAnsi="Pretendard" w:eastAsia="Pretendard" w:cs="Pretendard"/>
          <w:b/>
          <w:color w:val="1E7A41"/>
          <w:sz w:val="24"/>
        </w:rPr>
        <w:t>특징(feature)</w:t>
      </w:r>
      <w:r>
        <w:rPr>
          <w:rFonts w:ascii="Pretendard" w:hAnsi="Pretendard" w:eastAsia="Pretendard" w:cs="Pretendard"/>
          <w:b w:val="0"/>
          <w:color w:val="1F2A24"/>
          <w:sz w:val="24"/>
        </w:rPr>
        <w:t>을 스스로 찾아요. 특징은 다른 것과 구별되는 모양이나 성질이에요.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찾은 특징으로 새 사진이 어느 쪽에 가까운지 나누는 일을 </w:t>
      </w:r>
      <w:r>
        <w:rPr>
          <w:rFonts w:ascii="Pretendard" w:hAnsi="Pretendard" w:eastAsia="Pretendard" w:cs="Pretendard"/>
          <w:b/>
          <w:color w:val="1E7A41"/>
          <w:sz w:val="24"/>
        </w:rPr>
        <w:t>분류(classification)</w:t>
      </w:r>
      <w:r>
        <w:rPr>
          <w:rFonts w:ascii="Pretendard" w:hAnsi="Pretendard" w:eastAsia="Pretendard" w:cs="Pretendard"/>
          <w:b w:val="0"/>
          <w:color w:val="1F2A24"/>
          <w:sz w:val="24"/>
        </w:rPr>
        <w:t>라고 해요.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ele_fieldguid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곤충 도감 보기로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곤충 도감을 여러 번 보다 보면, 처음 보는 곤충도 “더듬이랑 단단한 등을 보니 딱정벌레 같아!” 하고 짐작할 수 있어요.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누가 규칙을 외우라고 하지 않았는데도 </w:t>
      </w:r>
      <w:r>
        <w:rPr>
          <w:rFonts w:ascii="Pretendard" w:hAnsi="Pretendard" w:eastAsia="Pretendard" w:cs="Pretendard"/>
          <w:b/>
          <w:color w:val="1E7A41"/>
          <w:sz w:val="24"/>
        </w:rPr>
        <w:t>많이 보면서 특징을 익힌 거예요.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AI도 ‘고양이’, ‘강아지’ 이름표가 붙은 사진을 수천 장, 수만 장 보면서 </w:t>
      </w:r>
      <w:r>
        <w:rPr>
          <w:rFonts w:ascii="Pretendard" w:hAnsi="Pretendard" w:eastAsia="Pretendard" w:cs="Pretendard"/>
          <w:b/>
          <w:color w:val="1E7A41"/>
          <w:sz w:val="24"/>
        </w:rPr>
        <w:t>귀 모양, 코와 입 주변 모양, 털 무늬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 같은 특징을 스스로 찾아요.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사람이 “귀가 뾰족하면 고양이”처럼 규칙을 하나하나 알려 주지 않아요. AI는 이름표가 붙은 사진을 아주 많이 보고 스스로 특징을 찾아내요.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ele_catdog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생활 속 분류 AI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스마트폰 사진 앱은 사진을 </w:t>
      </w:r>
      <w:r>
        <w:rPr>
          <w:rFonts w:ascii="Pretendard" w:hAnsi="Pretendard" w:eastAsia="Pretendard" w:cs="Pretendard"/>
          <w:b/>
          <w:color w:val="1E7A41"/>
          <w:sz w:val="24"/>
        </w:rPr>
        <w:t>‘음식’, ‘바다’, ‘동물’</w:t>
      </w:r>
      <w:r>
        <w:rPr>
          <w:rFonts w:ascii="Pretendard" w:hAnsi="Pretendard" w:eastAsia="Pretendard" w:cs="Pretendard"/>
          <w:b w:val="0"/>
          <w:color w:val="1F2A24"/>
          <w:sz w:val="24"/>
        </w:rPr>
        <w:t>처럼 저절로 나눠 주기도 해요. 많은 사진으로 배운 분류 AI가 하는 일이에요.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식물 사진을 찍으면 이름을 알려 주는 앱도 있어요. 잎 모양, 꽃 색 같은 특징으로 가장 닮은 식물을 골라요.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하지만 AI도 헷갈려요. 사진이 </w:t>
      </w:r>
      <w:r>
        <w:rPr>
          <w:rFonts w:ascii="Pretendard" w:hAnsi="Pretendard" w:eastAsia="Pretendard" w:cs="Pretendard"/>
          <w:b/>
          <w:color w:val="1E7A41"/>
          <w:sz w:val="24"/>
        </w:rPr>
        <w:t>어둡거나 흐릿하면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 특징이 잘 보이지 않아서 틀리기 쉬워요. 결과는 참고만 하고, 독버섯처럼 위험한 것은 AI만 믿고 판단하면 안 돼요.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 xml:space="preserve">  뒤에 나오는 ‘직접 해보기 미션’에서 고양이와 강아지의 다른 점을 직접 적어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내가 고양이와 강아지를 구별할 때 가장 먼저 보는 곳은 어디인가요?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예: 귀, 코, 눈, 꼬리, 크기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숫자로 보는 06강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2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이 AI가 고르는 답: 고양이 또는 강아지. 배우지 않은 동물도 둘 중 하나로 답해요.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수만 장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AI가 이름표 붙은 사진을 이만큼 보고 배운다고 예로 든 숫자예요.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AI가 찾을 수 있는 특징의 예: 귀 모양, 코와 입 주변, 털 무늬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E7A41"/>
          <w:sz w:val="19"/>
        </w:rPr>
        <w:t>사실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AI가 사진을 나누는 흐름과 특징을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고양이와 강아지를 나누는 4단계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단계</w:t>
            </w:r>
          </w:p>
        </w:tc>
        <w:tc>
          <w:tcPr>
            <w:tcW w:type="dxa" w:w="3969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하는 일</w:t>
            </w:r>
          </w:p>
        </w:tc>
        <w:tc>
          <w:tcPr>
            <w:tcW w:type="dxa" w:w="362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곤충 도감 예시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① 이름표 붙은 사진 보기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‘고양이’, ‘강아지’ 이름표가 붙은 사진을 많이 봐요.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도감 속 곤충 그림과 이름을 봐요.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② 특징 찾기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두 동물을 가르는 모양과 무늬를 스스로 찾아요.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더듬이, 단단한 등 같은 특징을 익혀요.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③ 새 사진 보기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한 번도 본 적 없는 사진을 보여 줘요.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산에서 처음 보는 곤충을 만나요.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④ 고양이? 강아지?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찾은 특징으로 어느 쪽에 더 가까운지 골라요.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“딱정벌레 같아!” 하고 짐작해요.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규칙 몇 개로 나눌 때와 많은 사진으로 배울 때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비교해 봐요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사람이 정한 규칙 몇 개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많은 사진으로 배운 AI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방법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“귀가 뾰족하면 고양이”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사진 속 여러 특징을 함께 봐요.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잘 맞는 경우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규칙에 딱 맞는 동물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여러 모습의 고양이와 강아지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틀리기 쉬운 경우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귀가 뾰족한 강아지, 털이 긴 고양이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어둡고 흐릿한 사진, 배우지 않은 동물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고양이와 강아지만 배운 AI에게 토끼 사진을 보여 주면 어떻게 답할까요?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AI가 고를 수 있는 답이 무엇무엇인지 생각해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사진 상태에 따라 달라지는 맞히는 비율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※ 이해를 도우려고 만든 예시 숫자예요. 실제 결과는 AI와 사진에 따라 달라져요.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사진이 어두워지고 흐려질수록 맞히는 비율은 어떻게 되나요? 그 까닭은 무엇일까요?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이 그래프는 예시 데이터예요. 특징이 잘 보이는지 생각해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특징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feature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다른 것과 구별되는 모양이나 성질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분류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classification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비슷한 것끼리 나누어 이름을 붙이는 것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FFB547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고양이와 강아지의 다른 점 찾기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그림책이나 교과서에 나온 고양이와 강아지 그림을 보고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‘다른 점’을 3가지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적어 보세요. 그다음 내가 적은 규칙에 맞지 않는 경우가 있는지 생각해 봐요.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고양이와 강아지 그림을 나란히 놓고 살펴봐요.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다른 점 3가지를 아래 표에 규칙처럼 적어요.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그 규칙에 맞지 않는 경우(예외)가 있는지 떠올려 적어요.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귀가 뾰족한 강아지도 있고, 털이 아주 긴 고양이도 있어요. 규칙 몇 개로 모든 경우를 나누기는 어렵다는 걸 알 수 있지요.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247"/>
              <w:gridCol w:w="4342"/>
              <w:gridCol w:w="3340"/>
            </w:tblGrid>
            <w:tr>
              <w:trPr>
                <w:cantSplit/>
              </w:trPr>
              <w:tc>
                <w:tcPr>
                  <w:tcW w:type="dxa" w:w="1247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4342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내가 찾은 다른 점 (규칙)</w:t>
                  </w:r>
                </w:p>
              </w:tc>
              <w:tc>
                <w:tcPr>
                  <w:tcW w:type="dxa" w:w="3340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맞지 않는 경우 (예외)</w:t>
                  </w: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247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다른 점 1</w:t>
                  </w:r>
                </w:p>
              </w:tc>
              <w:tc>
                <w:tcPr>
                  <w:tcW w:type="dxa" w:w="4342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340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247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다른 점 2</w:t>
                  </w:r>
                </w:p>
              </w:tc>
              <w:tc>
                <w:tcPr>
                  <w:tcW w:type="dxa" w:w="4342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340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247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다른 점 3</w:t>
                  </w:r>
                </w:p>
              </w:tc>
              <w:tc>
                <w:tcPr>
                  <w:tcW w:type="dxa" w:w="4342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340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규칙 3개로 모든 고양이와 강아지를 나눌 수 있을까요? 그렇게 생각한 까닭은요?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928" w:hRule="atLeast"/>
              </w:trPr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예외가 가장 많았던 규칙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사진으로 배우는 AI가 좋은 까닭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그래서 AI는 규칙 몇 개 대신 많은 사진으로 특징을 배워요.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AI는 이름표가 붙은 사진을 보고 스스로 특징을 찾는다.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고양이·강아지 구분 AI가 가장 헷갈릴 만한 사진은?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① 밝고 선명한 고양이 사진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② 어둡고 흐릿해서 털만 보이는 사진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③ 앞에서 또렷하게 찍은 강아지 사진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비슷한 것끼리 나누어 이름을 붙이는 것을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  <w:u w:val="thick" w:color="1E7A41"/>
                <w:shd w:val="clear" w:color="auto" w:fill="EEF3EF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식물 이름을 알려 주는 앱의 답을 그대로 믿으면 안 되는 까닭을 한 문장으로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1E7A41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A5650"/>
                      <w:sz w:val="22"/>
                    </w:rPr>
                    <w:t>합성곱 신경망(CNN)과 배운 범위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사진을 다루는 AI는 흔히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‘합성곱 신경망(CNN, Convolutional Neural Network)’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이라는 방식을 써요. 사진을 작은 조각으로 나누어 처음에는 선과 모서리를, 그다음에는 귀나 코 같은 부분의 모양을, 마지막에는 동물 전체의 모습을 알아보는 식으로 점점 큰 특징을 찾아요.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단, 고양이와 강아지만 배운 AI에게 토끼 사진을 보여 주면 “모르겠다”라고 하지 않고 둘 중 하나로 답할 수 있어요.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AI는 배운 범위 안에서만 답한다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는 점을 기억해요.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생각해 봐요: 토끼도 알아보는 AI로 바꾸려면 무엇을 더 준비해야 할까요?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특징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feature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다른 것과 구별되는 모양이나 성질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뾰족한 귀, 털 무늬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분류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classification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비슷한 것끼리 나누어 이름을 붙이기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고양이 / 강아지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이름표(레이블)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label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사진에 붙인 정답 이름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‘고양이’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예외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exception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규칙에 맞지 않는 경우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귀가 뾰족한 강아지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도감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field guide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생물의 그림과 설명을 모은 책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곤충 도감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이미지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image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사진이나 그림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고양이 사진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선명하다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clear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흐리지 않고 또렷하다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밝고 또렷한 사진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합성곱 신경망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CNN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사진을 조각조각 살펴 특징을 찾는 AI 방식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선 → 귀 → 얼굴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배운 범위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training scope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AI가 학습한 데이터의 테두리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고양이와 강아지만 배움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A655F"/>
              <w:left w:val="dashed" w:sz="6" w:space="0" w:color="5A655F"/>
              <w:bottom w:val="dashed" w:sz="6" w:space="0" w:color="5A655F"/>
              <w:right w:val="dashed" w:sz="6" w:space="0" w:color="5A655F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1. O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사람이 규칙을 하나하나 정해 주지 않아도 사진에서 특징을 찾아요.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2. ②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특징이 잘 보이지 않으면 AI도 헷갈려요.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3. 분류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사진 앱이 사진을 ‘음식’, ‘바다’로 나누는 것도 분류예요.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AI는 닮은 특징으로 짐작하기 때문에 틀릴 수 있고, 독이 있는 식물처럼 위험할 수도 있어서요.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A6151F8A-9EA1-4753-8682-61632370FB69}"/>
    <w:embedBold r:id="rIdF2" w:fontKey="{BD870B18-589E-45D2-912E-8350D1C0F341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A655F"/>
        <w:sz w:val="19"/>
      </w:rPr>
      <w:t xml:space="preserve">초급 06  ·  </w:t>
    </w:r>
    <w:r>
      <w:rPr>
        <w:rFonts w:ascii="Pretendard" w:hAnsi="Pretendard" w:eastAsia="Pretendard" w:cs="Pretendard"/>
        <w:b/>
        <w:color w:val="1E7A41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E7A41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A655F"/>
              <w:sz w:val="19"/>
            </w:rPr>
            <w:t xml:space="preserve">   |   초급 06. 고양이와 강아지를 구분하는 AI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F2A24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초급 06. 고양이와 강아지를 구분하는 AI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