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07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유튜브는 내가 좋아할 영상을 어떻게 알까?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내 기록과 비슷한 취향의 사람들 기록을 함께 살펴서 골라 줘요.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추천 시스템이 영상을 고르는 4단계를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추천에 쓰이는 기록(시청 기록, 시청 시간, 검색어, ‘좋아요’)을 알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추천에 끌려다니지 않고 볼 시간을 스스로 정하는 습관을 가질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07강 — 추천 목록이 만들어지는 순서를 따라가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추천 영상은 우연히 뜨는 게 아니에요. 어떻게 골라지는지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추천은 기록에서 시작해요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영상 앱은 내가 </w:t>
      </w:r>
      <w:r>
        <w:rPr>
          <w:rFonts w:ascii="Pretendard" w:hAnsi="Pretendard" w:eastAsia="Pretendard" w:cs="Pretendard"/>
          <w:b/>
          <w:color w:val="1E7A41"/>
          <w:sz w:val="24"/>
        </w:rPr>
        <w:t>어떤 영상을 봤는지, 얼마나 오래 봤는지, 무엇을 검색했는지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를 기록해요. 이렇게 내가 본 영상이 차례로 남은 목록을 </w:t>
      </w:r>
      <w:r>
        <w:rPr>
          <w:rFonts w:ascii="Pretendard" w:hAnsi="Pretendard" w:eastAsia="Pretendard" w:cs="Pretendard"/>
          <w:b/>
          <w:color w:val="1E7A41"/>
          <w:sz w:val="24"/>
        </w:rPr>
        <w:t>시청 기록(watch history)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좋아할 만한 것을 골라 보여 주는 프로그램을 </w:t>
      </w:r>
      <w:r>
        <w:rPr>
          <w:rFonts w:ascii="Pretendard" w:hAnsi="Pretendard" w:eastAsia="Pretendard" w:cs="Pretendard"/>
          <w:b/>
          <w:color w:val="1E7A41"/>
          <w:sz w:val="24"/>
        </w:rPr>
        <w:t>추천 시스템(recommender system)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 추천 시스템은 이 기록을 보고 내 취향을 짐작해요.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어떤 일을 해내는 순서와 규칙을 </w:t>
      </w:r>
      <w:r>
        <w:rPr>
          <w:rFonts w:ascii="Pretendard" w:hAnsi="Pretendard" w:eastAsia="Pretendard" w:cs="Pretendard"/>
          <w:b/>
          <w:color w:val="1E7A41"/>
          <w:sz w:val="24"/>
        </w:rPr>
        <w:t>알고리즘(algorithm)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 흔히 “알고리즘이 추천해 줬다”라고 말하는 것도 이 뜻이에요.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tteokbokki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단골 분식집 사장님으로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분식집에 자주 가면 사장님이 “또 왔구나! 오늘도 순한 맛 떡볶이?” 하고 먼저 물어보실 때가 있지요. </w:t>
      </w:r>
      <w:r>
        <w:rPr>
          <w:rFonts w:ascii="Pretendard" w:hAnsi="Pretendard" w:eastAsia="Pretendard" w:cs="Pretendard"/>
          <w:b/>
          <w:color w:val="1E7A41"/>
          <w:sz w:val="24"/>
        </w:rPr>
        <w:t>내가 무엇을 자주 시켰는지 기억하시기 때문</w:t>
      </w:r>
      <w:r>
        <w:rPr>
          <w:rFonts w:ascii="Pretendard" w:hAnsi="Pretendard" w:eastAsia="Pretendard" w:cs="Pretendard"/>
          <w:b w:val="0"/>
          <w:color w:val="1F2A24"/>
          <w:sz w:val="24"/>
        </w:rPr>
        <w:t>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또 “너처럼 순한 맛 좋아하는 친구들은 김말이도 많이 먹더라” 하고 새 메뉴를 권하기도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유튜브 추천도 이렇게 </w:t>
      </w:r>
      <w:r>
        <w:rPr>
          <w:rFonts w:ascii="Pretendard" w:hAnsi="Pretendard" w:eastAsia="Pretendard" w:cs="Pretendard"/>
          <w:b/>
          <w:color w:val="1E7A41"/>
          <w:sz w:val="24"/>
        </w:rPr>
        <w:t>내 기록과 다른 사람들의 기록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함께 살펴요.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유튜브는 내가 본 영상, 오래 본 영상, 누른 ‘좋아요’ 같은 기록을 살펴요. 그리고 나와 취향이 비슷한 사람들이 즐겨 본 영상을 골라 보여 줘요.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history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 추천 찾아보기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음악 앱의 “오늘의 추천 곡”, 쇼핑 누리집의 “이 물건을 산 사람이 함께 본 상품”, 웹툰 앱의 “비슷한 작품”도 모두 추천 시스템이에요.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추천은 편리해요. 내가 좋아할 만한 것을 빨리 찾게 도와주니까요. 하지만 추천은 </w:t>
      </w:r>
      <w:r>
        <w:rPr>
          <w:rFonts w:ascii="Pretendard" w:hAnsi="Pretendard" w:eastAsia="Pretendard" w:cs="Pretendard"/>
          <w:b/>
          <w:color w:val="1E7A41"/>
          <w:sz w:val="24"/>
        </w:rPr>
        <w:t>내가 오래 보게 만드는 쪽</w:t>
      </w:r>
      <w:r>
        <w:rPr>
          <w:rFonts w:ascii="Pretendard" w:hAnsi="Pretendard" w:eastAsia="Pretendard" w:cs="Pretendard"/>
          <w:b w:val="0"/>
          <w:color w:val="1F2A24"/>
          <w:sz w:val="24"/>
        </w:rPr>
        <w:t>으로 맞춰지기 쉬워요.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그래서 “한 개만 더” 하다가 시간이 훌쩍 지나기도 해요. </w:t>
      </w:r>
      <w:r>
        <w:rPr>
          <w:rFonts w:ascii="Pretendard" w:hAnsi="Pretendard" w:eastAsia="Pretendard" w:cs="Pretendard"/>
          <w:b/>
          <w:color w:val="1E7A41"/>
          <w:sz w:val="24"/>
        </w:rPr>
        <w:t>볼 시간을 미리 정하고</w:t>
      </w:r>
      <w:r>
        <w:rPr>
          <w:rFonts w:ascii="Pretendard" w:hAnsi="Pretendard" w:eastAsia="Pretendard" w:cs="Pretendard"/>
          <w:b w:val="0"/>
          <w:color w:val="1F2A24"/>
          <w:sz w:val="24"/>
        </w:rPr>
        <w:t>, 다 보면 스스로 끄는 연습이 필요해요.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내 추천 화면을 직접 세어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요즘 내 추천 화면에 가장 많이 뜨는 주제는 무엇일까요? 짐작해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미션에서 실제로 세어 보고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07강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추천에 쓰이는 기록의 예: 시청 기록, 시청 시간, 검색어, ‘좋아요’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미션에서 살펴볼 홈 화면 맨 위 추천 영상 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개 중 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7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최근 본 영상과 비슷한 추천이 이만큼일 수 있다고 예로 든 숫자예요.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추천 목록이 만들어지는 순서를 분식집과 함께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추천 영상이 골라지는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분식집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시청 기록 살펴보기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어떤 영상을 봤는지, 얼마나 오래 봤는지, 무엇을 검색했는지 살펴요.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 친구는 순한 맛을 자주 시켰지.”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비슷한 취향 찾기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나와 비슷한 영상을 본 사람들을 찾아요.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순한 맛을 좋아하는 다른 친구들을 떠올려요.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좋아할 영상 고르기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내가 끝까지 볼 것 같은 영상에 높은 점수를 줘요.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“김말이도 좋아하겠네.”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추천 목록 보여 주기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점수가 높은 영상부터 홈 화면에 보여 줘요.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“오늘은 김말이 어때?” 하고 권해요.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추천의 좋은 점과 조심할 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좋은 점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조심할 점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찾기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좋아할 만한 것을 빨리 찾아요.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비슷한 것만 계속 보게 될 수 있어요.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시간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고르는 시간이 줄어요.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“한 개만 더” 하다 오래 보게 돼요.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취향에 맞춰져요.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기록이 회사에 남아요.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추천 영상을 볼 때 나만의 약속을 하나 정해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하루 30분만 보기, 다 보면 스스로 끄기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추천 영상 10개를 주제별로 나눠 보면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한 학생의 추천 화면을 예로 들어 만든 숫자예요. 사람마다, 때마다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추천 영상 10개 가운데 가장 많은 것은 무엇인가요? 처음 보는 주제는 몇 개인가요?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미션에서 내 결과와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알고리즘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algorithm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어떤 일을 해내는 순서와 규칙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시청 기록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watch history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내가 본 영상들이 차례로 남은 목록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추천 시스템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recommender system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좋아할 만한 것을 골라 보여 주는 프로그램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내 추천 화면 살펴보기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보호자와 함께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집에서 쓰는 기기로 유튜브 홈 화면을 열고,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맨 위 추천 영상 10개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를 살펴보세요. 최근에 본 영상과 비슷한 주제가 몇 개인지, 처음 보는 주제는 몇 개인지 세어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보호자와 함께 홈 화면을 열어요. 설정을 바꾸거나 새로 가입할 필요는 없어요.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맨 위 추천 영상 10개의 주제를 하나씩 살펴봐요.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아래 표에 주제별로 개수를 적어요.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결과를 친구에게 이야기할 때는 계정 이름 같은 개인 정보는 빼고 숫자만 말해요.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494"/>
              <w:gridCol w:w="1608"/>
              <w:gridCol w:w="4826"/>
            </w:tblGrid>
            <w:tr>
              <w:trPr>
                <w:cantSplit/>
              </w:trPr>
              <w:tc>
                <w:tcPr>
                  <w:tcW w:type="dxa" w:w="2494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1609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개수</w:t>
                  </w:r>
                </w:p>
              </w:tc>
              <w:tc>
                <w:tcPr>
                  <w:tcW w:type="dxa" w:w="4826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어떤 주제였나요?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49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최근 본 것과 비슷한 주제</w:t>
                  </w:r>
                </w:p>
              </w:tc>
              <w:tc>
                <w:tcPr>
                  <w:tcW w:type="dxa" w:w="160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82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49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예전에 본 주제</w:t>
                  </w:r>
                </w:p>
              </w:tc>
              <w:tc>
                <w:tcPr>
                  <w:tcW w:type="dxa" w:w="160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82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49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처음 보는 주제</w:t>
                  </w:r>
                </w:p>
              </w:tc>
              <w:tc>
                <w:tcPr>
                  <w:tcW w:type="dxa" w:w="160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82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비슷한 주제가 많았나요, 새 주제가 많았나요? 왜 그럴까요?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추천 영상을 볼 때 지킬 나만의 약속을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추천이 잘 맞았던 영상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왜 떴는지 모르겠던 영상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추천 시스템은 내 기록과 비슷한 취향의 사람들 기록으로 영상을 골라요.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유튜브 추천은 내가 본 영상의 기록을 참고한다.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유튜브 추천에 영향을 주기 어려운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끝까지 본 영상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검색창에 입력한 단어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공책에 손으로 쓴 일기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좋아할 만한 것을 골라 보여 주는 프로그램을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추천 영상을 오래 보지 않으려면 어떻게 하면 좋을까요? 한 가지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협업 필터링과 콘텐츠 기반 필터링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추천 방법에는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‘협업 필터링(collaborative filtering)’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과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‘콘텐츠 기반 필터링(content-based filtering)’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 있어요. 협업 필터링은 “나와 취향이 비슷한 사람이 좋아한 것”을, 콘텐츠 기반 필터링은 “내가 좋아한 것과 내용이 비슷한 것”을 추천해요.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실제 서비스는 여러 방법을 섞어 쓰고, 자세한 방식은 회사가 다 공개하지 않아요. 추천은 내가 오래 보게 만드는 쪽으로 맞춰지기 쉬우니,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볼 시간을 스스로 정해 두는 습관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 좋아요.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분식집 사장님의 “김말이도 많이 먹더라”는 두 방법 가운데 무엇에 가까울까요?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알고리즘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algorithm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어떤 일을 해내는 순서와 규칙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추천 영상을 고르는 방법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시청 기록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watch history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내가 본 영상이 차례로 남은 목록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어제 본 영상 3개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추천 시스템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recommender system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좋아할 만한 것을 골라 보여 주는 프로그램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홈 화면 추천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시청 시간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watch time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영상을 얼마나 오래 봤는지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끝까지 본 영상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검색어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search keyword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검색창에 쓴 단어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“고양이 영상”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취향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taste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좋아하는 것의 방향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순한 맛을 좋아함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점수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score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얼마나 좋아할지를 나타낸 숫자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끝까지 볼 것 같으면 높은 점수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협업 필터링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collaborative filtering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취향이 비슷한 사람이 좋아한 것을 추천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“너 같은 친구들은 김말이도 먹어.”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콘텐츠 기반 필터링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content-based filtering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내가 좋아한 것과 내용이 비슷한 것을 추천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고양이 영상 → 고양이 영상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개인 정보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personal information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누구인지 알 수 있는 정보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계정 이름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시청 기록, 시청 시간, 검색어, ‘좋아요’ 같은 기록을 참고해요.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③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공책에 쓴 일기는 유튜브가 알 수 없어요.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추천 시스템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음악 앱, 쇼핑 누리집에도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볼 시간을 미리 정하고, 시간이 되면 추천이 떠도 스스로 꺼요.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9F70B8FA-C615-4456-ACBF-DA1B85545005}"/>
    <w:embedBold r:id="rIdF2" w:fontKey="{7BFA7200-A387-46E7-AE76-126E95C77F08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07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07. 유튜브는 내가 좋아할 영상을 어떻게 알까?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07. 유튜브는 내가 좋아할 영상을 어떻게 알까?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