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08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AI도 틀릴 수 있어요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AI는 짐작해서 답해요. 그래서 틀릴 수 있고, 중요한 일은 꼭 확인해요.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AI가 틀리는 4가지 모습을 예로 들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AI가 자신 있게 말해도 틀릴 수 있는 까닭을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AI의 답을 믿을 만한 자료로 확인하는 방법을 말할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08강 — AI가 틀리는 네 가지 모습을 먼저 살펴보세요.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AI가 왜 틀리는지, 틀릴 때 어떻게 하면 되는지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AI는 왜 틀릴까요?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AI는 정답을 ‘알고’ 말하는 게 아니라, 배운 것을 바탕으로 </w:t>
      </w:r>
      <w:r>
        <w:rPr>
          <w:rFonts w:ascii="Pretendard" w:hAnsi="Pretendard" w:eastAsia="Pretendard" w:cs="Pretendard"/>
          <w:b/>
          <w:color w:val="1E7A41"/>
          <w:sz w:val="24"/>
        </w:rPr>
        <w:t>가장 그럴듯한 답을 짐작</w:t>
      </w:r>
      <w:r>
        <w:rPr>
          <w:rFonts w:ascii="Pretendard" w:hAnsi="Pretendard" w:eastAsia="Pretendard" w:cs="Pretendard"/>
          <w:b w:val="0"/>
          <w:color w:val="1F2A24"/>
          <w:sz w:val="24"/>
        </w:rPr>
        <w:t>해요. 짐작은 맞을 때도, 틀릴 때도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특히 조심할 점이 있어요. AI가 없는 사실을 그럴듯하게 지어내는 것을 </w:t>
      </w:r>
      <w:r>
        <w:rPr>
          <w:rFonts w:ascii="Pretendard" w:hAnsi="Pretendard" w:eastAsia="Pretendard" w:cs="Pretendard"/>
          <w:b/>
          <w:color w:val="1E7A41"/>
          <w:sz w:val="24"/>
        </w:rPr>
        <w:t>환각(hallucination)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 없는 책 제목이나 틀린 날짜를 진짜처럼 말하기도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그래서 맞는 정보인지 믿을 만한 자료로 확인하는 </w:t>
      </w:r>
      <w:r>
        <w:rPr>
          <w:rFonts w:ascii="Pretendard" w:hAnsi="Pretendard" w:eastAsia="Pretendard" w:cs="Pretendard"/>
          <w:b/>
          <w:color w:val="1E7A41"/>
          <w:sz w:val="24"/>
        </w:rPr>
        <w:t>사실 확인(fact check)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 꼭 필요해요.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umbrella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빗나간 일기 예보로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“내일 비 온대” 하고 우산을 챙겼는데 해가 쨍쨍했던 적 있나요? 일기 예보는 지금까지 모은 날씨 자료로 내일 날씨를 짐작하는 거라 가끔 빗나가요.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AI도 마찬가지예요. 많이 배워서 대부분 잘 맞히지만, </w:t>
      </w:r>
      <w:r>
        <w:rPr>
          <w:rFonts w:ascii="Pretendard" w:hAnsi="Pretendard" w:eastAsia="Pretendard" w:cs="Pretendard"/>
          <w:b/>
          <w:color w:val="1E7A41"/>
          <w:sz w:val="24"/>
        </w:rPr>
        <w:t>짐작이기 때문에 언제든 틀릴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더 조심할 점은 AI가 </w:t>
      </w:r>
      <w:r>
        <w:rPr>
          <w:rFonts w:ascii="Pretendard" w:hAnsi="Pretendard" w:eastAsia="Pretendard" w:cs="Pretendard"/>
          <w:b/>
          <w:color w:val="1E7A41"/>
          <w:sz w:val="24"/>
        </w:rPr>
        <w:t>틀린 답도 아주 자신 있는 말투로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말할 때가 있다는 거예요.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AI는 배운 것을 바탕으로 짐작해서 답하기 때문에 틀릴 수 있어요. 그래서 중요한 일은 꼭 한 번 더 확인해야 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madeu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속에서 AI가 틀릴 때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번역기가 우리말 관용 표현을 글자 그대로 옮기거나, AI 비서가 시끄러운 곳에서 말을 잘못 알아듣는 일은 흔해요.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챗봇에게 숙제를 물었을 때 그럴듯하지만 틀린 설명을 내놓기도 해요. 말투가 자연스럽다고 내용까지 맞는 것은 아니에요.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확인하는 방법은 어렵지 않아요. </w:t>
      </w:r>
      <w:r>
        <w:rPr>
          <w:rFonts w:ascii="Pretendard" w:hAnsi="Pretendard" w:eastAsia="Pretendard" w:cs="Pretendard"/>
          <w:b/>
          <w:color w:val="1E7A41"/>
          <w:sz w:val="24"/>
        </w:rPr>
        <w:t>책이나 믿을 만한 누리집에서 찾아보기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, </w:t>
      </w:r>
      <w:r>
        <w:rPr>
          <w:rFonts w:ascii="Pretendard" w:hAnsi="Pretendard" w:eastAsia="Pretendard" w:cs="Pretendard"/>
          <w:b/>
          <w:color w:val="1E7A41"/>
          <w:sz w:val="24"/>
        </w:rPr>
        <w:t>선생님이나 보호자께 여쭤보기</w:t>
      </w:r>
      <w:r>
        <w:rPr>
          <w:rFonts w:ascii="Pretendard" w:hAnsi="Pretendard" w:eastAsia="Pretendard" w:cs="Pretendard"/>
          <w:b w:val="0"/>
          <w:color w:val="1F2A24"/>
          <w:sz w:val="24"/>
        </w:rPr>
        <w:t>예요. 건강이나 안전처럼 중요한 일일수록 꼭 확인해요.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번역기가 관용 표현을 어떻게 옮기는지 직접 확인해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AI나 앱이 틀린 답을 낸 것을 본 적이 있나요? 있었다면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길 안내가 이상했어요, 내 말을 잘못 알아들었어요.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08강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이 강에서 살펴본 AI가 틀리는 모습: 사진 착각, 번역 실수, 지어낸 답, 잘못 알아듣기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 xml:space="preserve">번 중 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9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번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대부분 맞아도 한 번은 틀릴 수 있어요. 예로 든 숫자예요.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곳 이상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중요한 정보는 믿을 만한 자료 두 곳 이상에서 확인하면 좋아요.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AI가 틀리는 모습과 확인하는 방법을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AI가 틀리는 4가지 모습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모습</w:t>
            </w:r>
          </w:p>
        </w:tc>
        <w:tc>
          <w:tcPr>
            <w:tcW w:type="dxa" w:w="396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틀려요</w:t>
            </w:r>
          </w:p>
        </w:tc>
        <w:tc>
          <w:tcPr>
            <w:tcW w:type="dxa" w:w="362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확인해요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① 사진 착각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초코칩 머핀 사진을 강아지 얼굴로 잘못 알아봐요.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눈으로 사진을 다시 봐요.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② 번역 실수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“발이 넓다(아는 사람이 많다)”를 “발 크기가 크다”는 뜻으로 옮겨요.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거꾸로 번역해 뜻을 비교해요.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③ 지어낸 답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없는 책 제목이나 틀린 날짜를 진짜처럼 말해요.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책, 믿을 만한 누리집에서 찾아봐요.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④ 잘못 알아듣기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시끄러운 곳에서 내 말을 다른 말로 알아들어요.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조용한 곳에서 또박또박 다시 말해요.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믿을 만한 확인과 믿기 어려운 확인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믿을 만한 확인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믿기 어려운 확인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어디서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책, 공공 기관 누리집, 백과사전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출처를 모르는 글, 소문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누구에게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선생님, 보호자, 전문가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확인하지 않은 친구의 말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어떻게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두 곳 이상에서 비교해요.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마음에 드는 답이 나올 때까지 다시 물어요.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AI가 알려 준 역사 날짜를 확인하려면 어디에서 찾아볼 수 있을까요? 두 곳을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교과서, 도서관 책, 믿을 만한 백과사전 누리집을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질문 종류에 따라 다른 AI 답의 정확도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이해를 도우려고 만든 예시 숫자예요. 실제 정확도는 AI와 질문에 따라 크게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어떤 질문에서 AI가 가장 많이 틀렸나요? 그런 질문일수록 어떻게 해야 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막대가 낮을수록 확인이 더 필요해요.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환각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hallucination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AI가 없는 사실을 그럴듯하게 지어내는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사실 확인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fact check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맞는 정보인지 믿을 만한 자료로 확인하기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번역기로 관용 표현 확인하기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가입하지 않아도 쓸 수 있는 번역기 누리집(예: 파파고, 구글 번역)에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“그 친구는 발이 넓어.”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를 넣어 영어로 바꿔 보세요. 나온 영어 문장을 다시 한국어로 번역해서 처음 뜻과 같은지 비교해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“그 친구는 발이 넓어.”를 영어로 번역해요.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나온 영어 문장을 다시 한국어로 번역해요.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번역이 잘 나왔다면 “손이 크다”처럼 다른 표현도 넣어 보세요.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결과는 번역기마다, 때마다 다를 수 있어요. 이름이나 주소 같은 개인 정보는 입력하지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474"/>
              <w:gridCol w:w="3126"/>
              <w:gridCol w:w="2645"/>
              <w:gridCol w:w="1683"/>
            </w:tblGrid>
            <w:tr>
              <w:trPr>
                <w:cantSplit/>
              </w:trPr>
              <w:tc>
                <w:tcPr>
                  <w:tcW w:type="dxa" w:w="1474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3126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영어로 번역한 결과</w:t>
                  </w:r>
                </w:p>
              </w:tc>
              <w:tc>
                <w:tcPr>
                  <w:tcW w:type="dxa" w:w="2645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다시 한국어로</w:t>
                  </w:r>
                </w:p>
              </w:tc>
              <w:tc>
                <w:tcPr>
                  <w:tcW w:type="dxa" w:w="1683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뜻이 같나요?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47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발이 넓다</w:t>
                  </w:r>
                </w:p>
              </w:tc>
              <w:tc>
                <w:tcPr>
                  <w:tcW w:type="dxa" w:w="312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6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68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47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손이 크다</w:t>
                  </w:r>
                </w:p>
              </w:tc>
              <w:tc>
                <w:tcPr>
                  <w:tcW w:type="dxa" w:w="312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6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68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47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내가 고른 표현</w:t>
                  </w:r>
                </w:p>
              </w:tc>
              <w:tc>
                <w:tcPr>
                  <w:tcW w:type="dxa" w:w="3126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6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68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뜻이 달라진 표현이 있었나요? 왜 그렇게 되었을까요?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잘 번역된 표현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이상하게 번역된 표현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 번역도 틀릴 수 있어요. 중요한 글은 사람이 꼭 확인해요.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AI가 자신 있게 말하는 답은 항상 맞는다.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AI의 답을 확인하는 방법으로 알맞지 않은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책이나 믿을 만한 누리집에서 찾아보기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선생님이나 보호자께 여쭤보기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마음에 드는 답이 나올 때까지 다시 물어보고 그 답을 믿기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AI가 없는 사실을 그럴듯하게 지어내는 것을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건강에 관한 정보를 AI에게 들었다면 어떻게 해야 할까요? 한 문장으로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생성형 AI는 왜 그럴듯하게 틀릴까?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챗봇 같은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생성형 AI(generative AI)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는 문장에서 다음에 올 말로 가장 그럴듯한 것을 확률로 골라 이어 가요. 그래서 문장은 자연스러워도 내용은 틀릴 수 있어요.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또 학습한 시점 이후의 소식은 모를 수 있고, 배운 데이터가 치우쳐 있으면 답도 치우쳐요. 숙제나 건강, 안전처럼 중요한 일일수록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출처를 확인하고, 마지막 판단은 사람이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해야 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AI의 답에 출처(어디서 나온 정보인지)가 함께 있으면 왜 도움이 될까요?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환각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hallucination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AI가 없는 사실을 그럴듯하게 지어내기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없는 책 제목 말하기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사실 확인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fact check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맞는 정보인지 믿을 만한 자료로 확인하기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백과사전에서 날짜 찾기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짐작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guess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확실하지 않지만 그럴 것이라고 생각하기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“내일 비가 올 거야.”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출처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source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정보가 나온 곳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책 제목, 누리집 주소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관용 표현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idiom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글자 뜻과 다른 뜻으로 쓰는 말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“발이 넓다”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번역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translation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한 나라 말을 다른 나라 말로 바꾸기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한국어 → 영어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음성 인식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speech recognition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목소리를 글자로 바꾸는 기술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 비서가 내 말 알아듣기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생성형 AI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generative AI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글, 그림 같은 새 결과물을 만들어 내는 AI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챗봇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확률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probability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어떤 일이 일어날 것 같은 정도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“비 올 확률 60%”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누리집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website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인터넷에서 볼 수 있는 홈페이지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번역기 누리집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AI는 틀린 내용도 자신 있는 말투로 말할 수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③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마음에 드는 답이 곧 맞는 답은 아니에요.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환각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없는 책 제목을 진짜처럼 말하는 것도 환각이에요.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그대로 믿지 말고 보호자나 의사 선생님께 여쭙거나 믿을 만한 자료로 확인해요.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F8C50BBA-22E1-46D3-9467-921E3AC1E4D3}"/>
    <w:embedBold r:id="rIdF2" w:fontKey="{BB8D6F9E-445A-4757-833C-99583433679B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08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08. AI도 틀릴 수 있어요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08. AI도 틀릴 수 있어요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