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09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스마트폰 속 AI 비서와 대화하기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듣고, 글자로 바꾸고, 뜻을 알아내고, 대답해요. 개인 정보는 말하지 않아요.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 비서가 일하는 4단계(이름 부르기 → 말을 글자로 → 뜻 알아내기 → 대답 들려주기)를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호출어와 음성 인식의 뜻을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 비서에게 말하면 안 되는 개인 정보를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09강 — 내 목소리가 대답이 되기까지의 순서를 따라가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 비서가 내 말을 알아듣고 대답하는 순서를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 비서는 어떻게 알아들을까요?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 비서는 평소에는 쉬고 있다가, </w:t>
      </w:r>
      <w:r>
        <w:rPr>
          <w:rFonts w:ascii="Pretendard" w:hAnsi="Pretendard" w:eastAsia="Pretendard" w:cs="Pretendard"/>
          <w:b/>
          <w:color w:val="1E7A41"/>
          <w:sz w:val="24"/>
        </w:rPr>
        <w:t>호출어(wake word)</w:t>
      </w:r>
      <w:r>
        <w:rPr>
          <w:rFonts w:ascii="Pretendard" w:hAnsi="Pretendard" w:eastAsia="Pretendard" w:cs="Pretendard"/>
          <w:b w:val="0"/>
          <w:color w:val="1F2A24"/>
          <w:sz w:val="24"/>
        </w:rPr>
        <w:t>를 들으면 깨어나요. “시리야”, “하이 빅스비”, “헤이 구글” 같은 말이에요.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깨어난 AI 비서는 내 목소리를 글자로 바꿔요. 이 기술을 </w:t>
      </w:r>
      <w:r>
        <w:rPr>
          <w:rFonts w:ascii="Pretendard" w:hAnsi="Pretendard" w:eastAsia="Pretendard" w:cs="Pretendard"/>
          <w:b/>
          <w:color w:val="1E7A41"/>
          <w:sz w:val="24"/>
        </w:rPr>
        <w:t>음성 인식(speech recognition)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그다음 글자를 보고 내가 원하는 것이 무엇인지 알아내고, 답을 찾아 목소리로 들려줘요.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bookshelf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도서관 사서 선생님으로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학교 도서관에서 “선생님, 공룡 책 어디 있어요?” 하고 여쭈면 사서 선생님은 </w:t>
      </w:r>
      <w:r>
        <w:rPr>
          <w:rFonts w:ascii="Pretendard" w:hAnsi="Pretendard" w:eastAsia="Pretendard" w:cs="Pretendard"/>
          <w:b/>
          <w:color w:val="1E7A41"/>
          <w:sz w:val="24"/>
        </w:rPr>
        <w:t>내 말을 듣고, 무엇을 찾는지 알아낸 뒤, 책이 있는 곳을 알려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주세요.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스마트폰 속 AI 비서도 비슷한 순서로 일해요. 시리(Siri), 빅스비(Bixby), 구글 어시스턴트(Google Assistant)가 대표적인 AI 비서예요.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다만 AI 비서는 사람이 아니라서 </w:t>
      </w:r>
      <w:r>
        <w:rPr>
          <w:rFonts w:ascii="Pretendard" w:hAnsi="Pretendard" w:eastAsia="Pretendard" w:cs="Pretendard"/>
          <w:b/>
          <w:color w:val="1E7A41"/>
          <w:sz w:val="24"/>
        </w:rPr>
        <w:t>말을 잘못 알아듣거나 엉뚱하게 대답할 때도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있어요.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 비서는 내 목소리를 듣고 글자로 바꾼 뒤, 무슨 뜻인지 알아내서 대답해요. 편리하지만 개인 정보는 말하지 않아야 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mi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 AI 비서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“알람 7시에 맞춰 줘”, “엄마에게 전화 걸어 줘”, “오늘 날씨 어때?” 같은 말로 손을 쓰지 않고 스마트폰을 쓸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요리하느라 손이 바쁠 때나, 화면을 보기 어려운 사람에게 특히 편리해요.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하지만 내가 한 말은 </w:t>
      </w:r>
      <w:r>
        <w:rPr>
          <w:rFonts w:ascii="Pretendard" w:hAnsi="Pretendard" w:eastAsia="Pretendard" w:cs="Pretendard"/>
          <w:b/>
          <w:color w:val="1E7A41"/>
          <w:sz w:val="24"/>
        </w:rPr>
        <w:t>회사 서버로 보내져 처리되거나 저장될 수 있어요.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그래서 이름, 주소, 비밀번호, 전화번호, 학교 이름 같은 </w:t>
      </w:r>
      <w:r>
        <w:rPr>
          <w:rFonts w:ascii="Pretendard" w:hAnsi="Pretendard" w:eastAsia="Pretendard" w:cs="Pretendard"/>
          <w:b/>
          <w:color w:val="1E7A41"/>
          <w:sz w:val="24"/>
        </w:rPr>
        <w:t>개인 정보는 말하지 않아요.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같은 질문을 세 가지 방법으로 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 비서에게 부탁하면 편리할 것 같은 일을 하나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타이머 맞추기, 노래 틀기, 날씨 묻기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09강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단계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이름 부르기 → 말을 글자로 → 뜻 알아내기 → 대답 들려주기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미션에서 같은 뜻을 묻는 질문 방법의 수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2FA35A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54"/>
              </w:rPr>
              <w:t>2011</w:t>
            </w:r>
            <w:r>
              <w:rPr>
                <w:rFonts w:ascii="Pretendard" w:hAnsi="Pretendard" w:eastAsia="Pretendard" w:cs="Pretendard"/>
                <w:b/>
                <w:color w:val="1E7A41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시리(Siri)가 아이폰에 들어가 널리 알려진 해예요.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 비서의 일하는 순서를 사서 선생님과 비교해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 비서가 일하는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사서 선생님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① 이름 부르기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“시리야”, “하이 빅스비”, “헤이 구글” 같은 호출어로 AI 비서를 깨워요.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“선생님!” 하고 불러요.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② 말을 글자로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목소리를 글자로 바꿔요. 이것을 음성 인식이라고 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말을 귀 기울여 들으세요.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③ 뜻 알아내기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바꾼 글자를 보고 내가 원하는 것이 무엇인지 알아내요.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“공룡 책을 찾는구나.”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④ 대답 들려주기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답을 찾거나 일을 처리한 뒤 목소리로 알려 줘요.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“저쪽 3번 책장에 있어.”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말해도 되는 것과 말하면 안 되는 것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살펴봐요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말해도 괜찮아요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말하지 않아요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예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날씨, 알람, 타이머, 노래 틀기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이름, 주소, 비밀번호, 전화번호, 학교 이름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까닭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누구인지 알 수 없는 정보예요.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서버로 보내져 저장되거나 새어 나갈 수 있어요.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쓸 때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보호자의 허락을 받고 함께 써요.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물어봐도 대답하지 않아요.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 비서가 “이름이 뭐예요?” 하고 물으면 어떻게 하면 좋을까요?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개인 정보를 지키는 방법을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상황에 따라 달라지는 말 알아듣기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이해를 도우려고 만든 예시 숫자예요. 실제 결과는 기기와 목소리, 주변 소리에 따라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어디에서 AI 비서가 말을 가장 잘 알아들었나요? 시끄러운 곳에서는 왜 자주 틀릴까요?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주변 소리가 섞이면 어떻게 될지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호출어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wake word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AI 비서를 깨우는 말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음성 인식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speech recognition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목소리를 글자로 바꾸는 기술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AI 비서에게 날씨 물어보기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보호자의 허락을 받고, 보호자와 함께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스마트폰이나 AI 스피커의 AI 비서에게 날씨를 물어보세요. 같은 질문을 세 가지 방법으로 해 보고, 어떤 말은 잘 알아듣고 어떤 말은 헷갈려 하는지 적어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“내일 날씨 알려 줘.” 하고 물어요.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“내일 우산 필요해?” 하고 물어요.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“내일 비 와?” 하고 물어요.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이름, 주소, 비밀번호, 전화번호, 학교 이름 같은 개인 정보는 절대 말하지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4634"/>
              <w:gridCol w:w="2027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4634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AI 비서의 대답</w:t>
                  </w:r>
                </w:p>
              </w:tc>
              <w:tc>
                <w:tcPr>
                  <w:tcW w:type="dxa" w:w="2027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잘 알아들었나요?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26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내일 날씨 알려 줘.</w:t>
                  </w:r>
                </w:p>
              </w:tc>
              <w:tc>
                <w:tcPr>
                  <w:tcW w:type="dxa" w:w="463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027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26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내일 우산 필요해?</w:t>
                  </w:r>
                </w:p>
              </w:tc>
              <w:tc>
                <w:tcPr>
                  <w:tcW w:type="dxa" w:w="463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027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226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내일 비 와?</w:t>
                  </w:r>
                </w:p>
              </w:tc>
              <w:tc>
                <w:tcPr>
                  <w:tcW w:type="dxa" w:w="4634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027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어떤 질문을 가장 잘 알아들었나요? 왜 그럴까요?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AI 비서가 헷갈려 한 말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더 잘 알아듣게 하는 말하기 방법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 비서는 내 말을 글자로 바꾸고 뜻을 짐작해요. 그래서 잘못 알아들을 때도 있어요.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 비서에게 우리 집 주소나 비밀번호를 말해도 괜찮다.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 비서가 일하는 순서에서 두 번째 단계는?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호출어 듣기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목소리를 글자로 바꾸기(음성 인식)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목소리로 대답하기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 비서를 깨우는 “시리야”, “헤이 구글” 같은 말을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시끄러운 곳에서 AI 비서가 말을 잘못 알아듣는 까닭을 한 문장으로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자연어 처리와 음성 합성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호출어를 알아듣는 작은 프로그램은 기기 안에서 계속 짧게 소리를 듣고 있어요. 호출어가 들리면 그때부터 내 말을 본격적으로 처리하는데, 이 과정의 일부는 회사의 서버에서 이루어지기도 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글자의 뜻을 알아내는 기술을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‘자연어 처리(NLP, Natural Language Processing)’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, 글자를 목소리로 바꾸는 기술을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‘음성 합성(TTS, Text-to-Speech)’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이라고 해요. 요즘 AI 비서는 대화형 AI와 합쳐지면서 더 길고 자연스럽게 대화할 수 있도록 바뀌고 있어요.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AI 비서가 늘 짧게 소리를 듣고 있다는 점에서, 집에서 쓸 때 조심할 점은 무엇일까요?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AI 비서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AI assistant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말로 부탁하면 일을 도와주는 프로그램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시리, 빅스비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호출어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wake word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 비서를 깨우는 말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“헤이 구글”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음성 인식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speech recognition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목소리를 글자로 바꾸는 기술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말한 내용이 화면에 글자로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자연어 처리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NLP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사람의 말과 글의 뜻을 알아내는 기술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“우산 필요해?” → 날씨 질문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음성 합성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TTS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글자를 목소리로 바꾸는 기술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 비서의 대답 목소리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서버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server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여러 기기의 일을 대신 처리하는 큰 컴퓨터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회사의 컴퓨터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개인 정보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personal information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누구인지 알 수 있는 정보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이름, 주소, 전화번호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비밀번호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password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나만 아는 잠금 열쇠 글자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절대 말하지 않아요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AI 스피커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smart speaker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 비서가 들어 있는 스피커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거실의 말하는 스피커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내가 한 말은 회사 서버로 보내져 처리되거나 저장될 수 있으니 개인 정보는 말하지 않아요.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깨어난 다음 내 말을 글자로 바꿔야 뜻을 알아낼 수 있어요.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호출어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영어로는 wake word예요.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 목소리에 주변 소리가 섞여서 글자로 바꾸기 어렵기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D0A81BDC-A94B-44B2-B1F6-84FEE053ADAE}"/>
    <w:embedBold r:id="rIdF2" w:fontKey="{39B8EA99-3755-4F70-AFF3-376588348BB9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09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09. 스마트폰 속 AI 비서와 대화하기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09. 스마트폰 속 AI 비서와 대화하기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