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3F4E6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10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  <w:shd w:val="clear" w:color="auto" w:fill="FFFFFF"/>
              </w:rPr>
              <w:t xml:space="preserve">  초급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AI와 사람이 잘하는 일은 서로 다르다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AI는 빠르고 지치지 않아요. 사람은 마음을 헤아리고 판단하고 책임져요.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AI가 잘하는 일과 사람이 잘하는 일을 3가지씩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일을 AI와 사람에게 알맞게 나눌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AI에게 맡긴 일도 마지막에는 사람이 확인해야 하는 까닭을 알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E7A41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A655F"/>
          <w:sz w:val="19"/>
        </w:rPr>
        <w:t>한눈에 보는 10강 — 왼쪽(AI)과 오른쪽(사람)이 잘하는 일을 비교해 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AI와 사람이 함께 일하면 무엇이 좋은지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AI와 사람은 잘하는 일이 달라요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AI는 </w:t>
      </w:r>
      <w:r>
        <w:rPr>
          <w:rFonts w:ascii="Pretendard" w:hAnsi="Pretendard" w:eastAsia="Pretendard" w:cs="Pretendard"/>
          <w:b/>
          <w:color w:val="1E7A41"/>
          <w:sz w:val="24"/>
        </w:rPr>
        <w:t>양이 많고 반복되는 일</w:t>
      </w:r>
      <w:r>
        <w:rPr>
          <w:rFonts w:ascii="Pretendard" w:hAnsi="Pretendard" w:eastAsia="Pretendard" w:cs="Pretendard"/>
          <w:b w:val="0"/>
          <w:color w:val="1F2A24"/>
          <w:sz w:val="24"/>
        </w:rPr>
        <w:t>을 지치지 않고 빠르게 해요. 사진 수천 장 정리하기, 글에서 맞춤법 틀린 곳 찾기 같은 일이에요.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사람은 </w:t>
      </w:r>
      <w:r>
        <w:rPr>
          <w:rFonts w:ascii="Pretendard" w:hAnsi="Pretendard" w:eastAsia="Pretendard" w:cs="Pretendard"/>
          <w:b/>
          <w:color w:val="1E7A41"/>
          <w:sz w:val="24"/>
        </w:rPr>
        <w:t>마음을 헤아리고, 옳고 그름을 판단하고, 책임지는 일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을 잘해요. 여러 가지를 생각해서 옳고 그름을 정하는 것을 </w:t>
      </w:r>
      <w:r>
        <w:rPr>
          <w:rFonts w:ascii="Pretendard" w:hAnsi="Pretendard" w:eastAsia="Pretendard" w:cs="Pretendard"/>
          <w:b/>
          <w:color w:val="1E7A41"/>
          <w:sz w:val="24"/>
        </w:rPr>
        <w:t>판단(judgment)</w:t>
      </w:r>
      <w:r>
        <w:rPr>
          <w:rFonts w:ascii="Pretendard" w:hAnsi="Pretendard" w:eastAsia="Pretendard" w:cs="Pretendard"/>
          <w:b w:val="0"/>
          <w:color w:val="1F2A24"/>
          <w:sz w:val="24"/>
        </w:rPr>
        <w:t>이라고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서로 힘을 모아 함께 일하는 것을 </w:t>
      </w:r>
      <w:r>
        <w:rPr>
          <w:rFonts w:ascii="Pretendard" w:hAnsi="Pretendard" w:eastAsia="Pretendard" w:cs="Pretendard"/>
          <w:b/>
          <w:color w:val="1E7A41"/>
          <w:sz w:val="24"/>
        </w:rPr>
        <w:t>협업(collaboration)</w:t>
      </w:r>
      <w:r>
        <w:rPr>
          <w:rFonts w:ascii="Pretendard" w:hAnsi="Pretendard" w:eastAsia="Pretendard" w:cs="Pretendard"/>
          <w:b w:val="0"/>
          <w:color w:val="1F2A24"/>
          <w:sz w:val="24"/>
        </w:rPr>
        <w:t>이라고 해요. AI와 사람이 협업하면 더 좋은 결과를 낼 수 있어요.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ele_puzzl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모둠 과제 역할 나누기로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모둠 과제를 할 때 자료 찾기를 잘하는 친구, 그림을 잘 그리는 친구, 발표를 잘하는 친구가 </w:t>
      </w:r>
      <w:r>
        <w:rPr>
          <w:rFonts w:ascii="Pretendard" w:hAnsi="Pretendard" w:eastAsia="Pretendard" w:cs="Pretendard"/>
          <w:b/>
          <w:color w:val="1E7A41"/>
          <w:sz w:val="24"/>
        </w:rPr>
        <w:t>역할을 나누면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 결과가 훨씬 좋아지죠.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AI와 사람도 그래요. AI는 사진 수천 장을 비슷한 것끼리 정리하는 일처럼 </w:t>
      </w:r>
      <w:r>
        <w:rPr>
          <w:rFonts w:ascii="Pretendard" w:hAnsi="Pretendard" w:eastAsia="Pretendard" w:cs="Pretendard"/>
          <w:b/>
          <w:color w:val="1E7A41"/>
          <w:sz w:val="24"/>
        </w:rPr>
        <w:t>양이 많고 반복되는 일</w:t>
      </w:r>
      <w:r>
        <w:rPr>
          <w:rFonts w:ascii="Pretendard" w:hAnsi="Pretendard" w:eastAsia="Pretendard" w:cs="Pretendard"/>
          <w:b w:val="0"/>
          <w:color w:val="1F2A24"/>
          <w:sz w:val="24"/>
        </w:rPr>
        <w:t>을 지치지 않고 빠르게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사람은 </w:t>
      </w:r>
      <w:r>
        <w:rPr>
          <w:rFonts w:ascii="Pretendard" w:hAnsi="Pretendard" w:eastAsia="Pretendard" w:cs="Pretendard"/>
          <w:b/>
          <w:color w:val="1E7A41"/>
          <w:sz w:val="24"/>
        </w:rPr>
        <w:t>친구의 마음을 헤아리고, 무엇이 옳은지 판단하고, 그 결과에 책임지는 일</w:t>
      </w:r>
      <w:r>
        <w:rPr>
          <w:rFonts w:ascii="Pretendard" w:hAnsi="Pretendard" w:eastAsia="Pretendard" w:cs="Pretendard"/>
          <w:b w:val="0"/>
          <w:color w:val="1F2A24"/>
          <w:sz w:val="24"/>
        </w:rPr>
        <w:t>을 잘해요.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AI는 많은 자료를 빠르게 다루는 일을 잘하고, 사람은 마음을 헤아리고 옳고 그름을 판단하는 일을 잘해요. 서로 잘하는 일을 나누면 더 좋은 결과를 낼 수 있어요.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ele_pick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생활 속 협업 찾아보기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병원에서는 AI가 엑스레이 사진을 살펴 의심스러운 곳을 표시해 주고, 의사가 마지막으로 진단해요.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도서관에서는 AI가 책을 찾아 주고, 사서 선생님은 내 나이와 관심에 맞는 책을 함께 골라 주세요. 글을 쓸 때 AI가 맞춤법을 찾아 주면, 내용과 마음은 내가 담아요.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어떤 경우든 </w:t>
      </w:r>
      <w:r>
        <w:rPr>
          <w:rFonts w:ascii="Pretendard" w:hAnsi="Pretendard" w:eastAsia="Pretendard" w:cs="Pretendard"/>
          <w:b/>
          <w:color w:val="1E7A41"/>
          <w:sz w:val="24"/>
        </w:rPr>
        <w:t>AI에게 맡긴 일도 마지막에는 사람이 확인</w:t>
      </w:r>
      <w:r>
        <w:rPr>
          <w:rFonts w:ascii="Pretendard" w:hAnsi="Pretendard" w:eastAsia="Pretendard" w:cs="Pretendard"/>
          <w:b w:val="0"/>
          <w:color w:val="1F2A24"/>
          <w:sz w:val="24"/>
        </w:rPr>
        <w:t>해야 해요. 책임은 사람에게 있기 때문이에요.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 xml:space="preserve">  뒤에 나오는 ‘직접 해보기 미션’에서 여러 일을 AI와 사람에게 나눠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내가 AI에게 도움을 받고 싶은 일과, 꼭 내가 하고 싶은 일을 하나씩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예: 영어 단어 뜻 찾기는 AI에게, 친구 생일 카드 쓰기는 내가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숫자로 보는 10강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1,000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장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미션 속 사진 정리처럼, 양이 많은 일은 AI가 빠르게 도울 수 있어요.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5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미션에서 AI와 사람에게 나눠 볼 일의 수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2FA35A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54"/>
              </w:rPr>
              <w:t>1980</w:t>
            </w:r>
            <w:r>
              <w:rPr>
                <w:rFonts w:ascii="Pretendard" w:hAnsi="Pretendard" w:eastAsia="Pretendard" w:cs="Pretendard"/>
                <w:b/>
                <w:color w:val="1E7A41"/>
                <w:sz w:val="32"/>
              </w:rPr>
              <w:t>년대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로봇 학자 한스 모라벡 등이 ‘모라벡의 역설’을 이야기했어요.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E7A41"/>
          <w:sz w:val="19"/>
        </w:rPr>
        <w:t>사실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AI와 사람이 잘하는 일을 나란히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그림으로 보는 비교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07"/>
        <w:gridCol w:w="4479"/>
        <w:gridCol w:w="4479"/>
      </w:tblGrid>
      <w:tr>
        <w:trPr>
          <w:cantSplit/>
          <w:tblHeader/>
        </w:trPr>
        <w:tc>
          <w:tcPr>
            <w:tcW w:type="dxa" w:w="907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</w:r>
          </w:p>
        </w:tc>
        <w:tc>
          <w:tcPr>
            <w:tcW w:type="dxa" w:w="4479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AI가 잘하는 일</w:t>
            </w:r>
          </w:p>
        </w:tc>
        <w:tc>
          <w:tcPr>
            <w:tcW w:type="dxa" w:w="4479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사람이 잘하는 일</w:t>
            </w:r>
          </w:p>
        </w:tc>
      </w:tr>
      <w:tr>
        <w:trPr>
          <w:cantSplit/>
        </w:trPr>
        <w:tc>
          <w:tcPr>
            <w:tcW w:type="dxa" w:w="90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하나</w:t>
            </w:r>
          </w:p>
        </w:tc>
        <w:tc>
          <w:tcPr>
            <w:tcW w:type="dxa" w:w="447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많은 자료를 빨리 정리해요.</w:t>
            </w:r>
          </w:p>
        </w:tc>
        <w:tc>
          <w:tcPr>
            <w:tcW w:type="dxa" w:w="447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친구의 마음을 헤아려요.</w:t>
            </w:r>
          </w:p>
        </w:tc>
      </w:tr>
      <w:tr>
        <w:trPr>
          <w:cantSplit/>
        </w:trPr>
        <w:tc>
          <w:tcPr>
            <w:tcW w:type="dxa" w:w="90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둘</w:t>
            </w:r>
          </w:p>
        </w:tc>
        <w:tc>
          <w:tcPr>
            <w:tcW w:type="dxa" w:w="447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지치지 않고 같은 일을 반복해요.</w:t>
            </w:r>
          </w:p>
        </w:tc>
        <w:tc>
          <w:tcPr>
            <w:tcW w:type="dxa" w:w="447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옳고 그름을 판단하고 책임져요.</w:t>
            </w:r>
          </w:p>
        </w:tc>
      </w:tr>
      <w:tr>
        <w:trPr>
          <w:cantSplit/>
        </w:trPr>
        <w:tc>
          <w:tcPr>
            <w:tcW w:type="dxa" w:w="90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셋</w:t>
            </w:r>
          </w:p>
        </w:tc>
        <w:tc>
          <w:tcPr>
            <w:tcW w:type="dxa" w:w="447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사람이 놓치기 쉬운 작은 차이를 찾아내요. (예: 사진 속 작은 흠집)</w:t>
            </w:r>
          </w:p>
        </w:tc>
        <w:tc>
          <w:tcPr>
            <w:tcW w:type="dxa" w:w="447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처음 겪는 상황에서도 상식으로 대처해요.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함께 일하는 모습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장면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AI가 맡는 일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사람이 맡는 일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병원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엑스레이 사진에서 의심스러운 곳 표시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마지막 진단과 책임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글쓰기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맞춤법 틀린 곳 찾기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하고 싶은 말과 마음 담기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모둠 과제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자료를 빠르게 찾아 정리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자료가 맞는지 확인하고 발표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표에 없는 장면을 하나 골라, AI와 사람이 맡을 일을 나눠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예: 학교 도서관, 급식실, 운동회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사진 1,000장을 정리하는 데 걸린 시간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※ 이해를 도우려고 만든 예시 숫자예요. AI 혼자 하면 빠르지만 틀린 정리가 섞일 수 있어 사람의 확인이 필요해요.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가장 빠른 방법은 무엇인가요? 그런데도 ‘AI 정리 + 사람 확인’이 좋은 까닭은 무엇일까요?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이 그래프는 예시 데이터예요. 빠르기와 정확함을 함께 생각해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협업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collaboration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서로 힘을 모아 함께 일하기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판단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judgment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여러 가지를 생각해서 옳고 그름을 정하기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FFB547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AI에게 맡길 일, 사람이 할 일 나누기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아래 일들을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‘AI에게 맡기면 좋은 일’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과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‘사람이 해야 하는 일’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로 나누어 표를 만들어 보세요. 나눈 이유를 한 줄씩 적고 친구와 비교해 봐요.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가)~마)의 일을 하나씩 읽어요.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AI에게 맡기면 좋을지, 사람이 해야 할지 표에 ○를 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그렇게 나눈 까닭을 한 줄씩 적어요.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정답이 하나가 아닐 수도 있어요. AI에게 맡긴 일도 마지막에는 사람이 확인해야 한다는 점을 기억해요.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721"/>
              <w:gridCol w:w="944"/>
              <w:gridCol w:w="944"/>
              <w:gridCol w:w="4319"/>
            </w:tblGrid>
            <w:tr>
              <w:trPr>
                <w:cantSplit/>
              </w:trPr>
              <w:tc>
                <w:tcPr>
                  <w:tcW w:type="dxa" w:w="2721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945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AI</w:t>
                  </w:r>
                </w:p>
              </w:tc>
              <w:tc>
                <w:tcPr>
                  <w:tcW w:type="dxa" w:w="945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사람</w:t>
                  </w:r>
                </w:p>
              </w:tc>
              <w:tc>
                <w:tcPr>
                  <w:tcW w:type="dxa" w:w="4319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나눈 까닭</w:t>
                  </w: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272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가) 사진 1,000장 정리</w:t>
                  </w:r>
                </w:p>
              </w:tc>
              <w:tc>
                <w:tcPr>
                  <w:tcW w:type="dxa" w:w="945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945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4319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272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나) 위로 편지 쓰기</w:t>
                  </w:r>
                </w:p>
              </w:tc>
              <w:tc>
                <w:tcPr>
                  <w:tcW w:type="dxa" w:w="945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945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4319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272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다) 맞춤법 찾기</w:t>
                  </w:r>
                </w:p>
              </w:tc>
              <w:tc>
                <w:tcPr>
                  <w:tcW w:type="dxa" w:w="945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945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4319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272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라) 우리 반 규칙 정하기</w:t>
                  </w:r>
                </w:p>
              </w:tc>
              <w:tc>
                <w:tcPr>
                  <w:tcW w:type="dxa" w:w="945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945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4319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272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마) 영어 뜻 대강 알기</w:t>
                  </w:r>
                </w:p>
              </w:tc>
              <w:tc>
                <w:tcPr>
                  <w:tcW w:type="dxa" w:w="945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945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4319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친구와 다르게 나눈 일이 있었나요? 서로의 까닭은 무엇이었나요?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701" w:hRule="atLeast"/>
              </w:trPr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AI에게 맡겨도 사람이 확인할 점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AI와 함께해서 좋아지는 점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AI와 사람이 잘하는 일을 나누면 더 좋은 결과를 낼 수 있어요.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AI는 사람보다 모든 일을 더 잘한다.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AI에게 맡기기에 가장 알맞은 일은?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① 다툰 친구와 화해하기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② 사진 1,000장을 비슷한 것끼리 정리하기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③ 우리 반 규칙 정하기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서로 힘을 모아 함께 일하는 것을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  <w:u w:val="thick" w:color="1E7A41"/>
                <w:shd w:val="clear" w:color="auto" w:fill="EEF3EF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의사가 AI의 도움을 받아도 마지막 진단은 의사가 해야 하는 까닭을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1E7A41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A5650"/>
                      <w:sz w:val="22"/>
                    </w:rPr>
                    <w:t>모라벡의 역설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‘모라벡의 역설(Moravec’s paradox)’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이라는 말이 있어요. 사람에게 어려운 복잡한 계산은 컴퓨터에게 쉽고, 사람에게 쉬운 걷기나 컵 잡기 같은 일은 로봇에게 오히려 어렵다는 뜻이에요.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요즘에는 AI가 사람을 대신하기보다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사람의 능력을 넓혀 주는 도구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로 쓰이는 경우가 많아요. 의사가 AI의 도움을 받아 엑스레이 사진을 살펴보더라도, 마지막 진단과 책임은 의사에게 있는 것처럼요.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생각해 봐요: 사람에게는 쉽지만 로봇에게는 어려울 것 같은 일을 하나 적고, 그 까닭도 적어 보세요.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협업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collaboration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서로 힘을 모아 함께 일하기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모둠 과제 역할 나누기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판단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judgment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여러 가지를 생각해 옳고 그름을 정하기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우리 반 규칙 정하기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책임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responsibility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맡은 일의 결과를 떠맡는 것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의사의 마지막 진단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반복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repetition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같은 일을 여러 번 되풀이하기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사진 1,000장 정리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상식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common sense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많은 사람이 당연히 아는 지식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비 오면 우산 쓰기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공감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empathy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다른 사람의 마음을 함께 느끼기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속상한 친구 위로하기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진단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diagnosis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병이 무엇인지 알아내는 일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엑스레이 보고 판단하기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도구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tool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일을 돕는 물건이나 프로그램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AI, 계산기, 연필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모라벡의 역설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Moravec’s paradox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사람에게 쉬운 일이 로봇에게 어렵다는 말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컵 잡기, 걷기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A655F"/>
              <w:left w:val="dashed" w:sz="6" w:space="0" w:color="5A655F"/>
              <w:bottom w:val="dashed" w:sz="6" w:space="0" w:color="5A655F"/>
              <w:right w:val="dashed" w:sz="6" w:space="0" w:color="5A655F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AI가 잘하는 일과 사람이 잘하는 일은 서로 달라요.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2. ②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양이 많고 반복되는 일은 AI가 빠르게 도울 수 있어요.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3. 협업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AI와 사람도 협업할 수 있어요.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AI도 틀릴 수 있고, 환자의 건강에 대한 판단과 책임은 사람에게 있기 때문이에요.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B95E890C-BDE8-4D09-9863-8ABF64B1BE8F}"/>
    <w:embedBold r:id="rIdF2" w:fontKey="{B7180B3C-97BD-4819-A01F-CC8D7FE5F3E9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A655F"/>
        <w:sz w:val="19"/>
      </w:rPr>
      <w:t xml:space="preserve">초급 10  ·  </w:t>
    </w:r>
    <w:r>
      <w:rPr>
        <w:rFonts w:ascii="Pretendard" w:hAnsi="Pretendard" w:eastAsia="Pretendard" w:cs="Pretendard"/>
        <w:b/>
        <w:color w:val="1E7A41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E7A41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A655F"/>
              <w:sz w:val="19"/>
            </w:rPr>
            <w:t xml:space="preserve">   |   초급 10. AI와 사람이 잘하는 일은 서로 다르다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F2A24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초급 10. AI와 사람이 잘하는 일은 서로 다르다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