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11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머신러닝: 스스로 규칙을 찾는 기계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규칙을 다 적지 않아도, 데이터에서 규칙을 찾아 모델을 만들어요.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머신러닝의 4단계(데이터 나누기 → 모델 훈련 → 처음 보는 문제로 시험 → 실제로 쓰기)를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훈련용 데이터와 시험용 데이터를 나누는 까닭을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과적합의 뜻과 AI·머신러닝·딥러닝의 관계를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11강 — 데이터가 훈련용과 시험용으로 나뉘는 곳을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머신러닝이 규칙을 찾고, 그 실력을 확인하는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규칙을 적기 어려운 일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스팸 문자를 거르는 규칙을 사람이 다 적을 수 있을까요? “당첨”이라는 말이 있으면 스팸? 그런데 “경품 당첨 축하해!”라는 친구 문자도 있어요. 규칙은 끝없이 늘어나요.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머신러닝(machine learning)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데이터에서 규칙을 스스로 찾는 방법이에요. ‘스팸’, ‘정상’ 표시가 붙은 문자를 아주 많이 보여 주면, 컴퓨터가 어떤 문자가 스팸에 가까운지 규칙을 찾아요.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이렇게 학습으로 찾은 규칙을 담은 것을 </w:t>
      </w:r>
      <w:r>
        <w:rPr>
          <w:rFonts w:ascii="Pretendard" w:hAnsi="Pretendard" w:eastAsia="Pretendard" w:cs="Pretendard"/>
          <w:b/>
          <w:color w:val="1D5DA6"/>
          <w:sz w:val="24"/>
        </w:rPr>
        <w:t>모델(model)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 모델은 새 문자가 오면 스팸일 가능성을 계산해 줘요.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handwritin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짝꿍 글씨체 알아보기로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짝꿍 공책에 이름이 없어도 글씨만 보고 “이건 짝꿍 글씨야!” 하고 알아본 적 있지요? 그런데 어떻게 아는지 규칙으로 설명해 보라고 하면 어려워요. </w:t>
      </w:r>
      <w:r>
        <w:rPr>
          <w:rFonts w:ascii="Pretendard" w:hAnsi="Pretendard" w:eastAsia="Pretendard" w:cs="Pretendard"/>
          <w:b/>
          <w:color w:val="1D5DA6"/>
          <w:sz w:val="24"/>
        </w:rPr>
        <w:t>글씨를 많이 보면서 저절로 익혔기 때문</w:t>
      </w:r>
      <w:r>
        <w:rPr>
          <w:rFonts w:ascii="Pretendard" w:hAnsi="Pretendard" w:eastAsia="Pretendard" w:cs="Pretendard"/>
          <w:b w:val="0"/>
          <w:color w:val="1D2633"/>
          <w:sz w:val="24"/>
        </w:rPr>
        <w:t>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머신러닝도 비슷해요. 스팸 문자를 거르는 규칙을 사람이 다 적기는 어렵지만, ‘스팸’과 ‘정상’ 표시가 붙은 문자를 아주 많이 보여 주면 </w:t>
      </w:r>
      <w:r>
        <w:rPr>
          <w:rFonts w:ascii="Pretendard" w:hAnsi="Pretendard" w:eastAsia="Pretendard" w:cs="Pretendard"/>
          <w:b/>
          <w:color w:val="1D5DA6"/>
          <w:sz w:val="24"/>
        </w:rPr>
        <w:t>컴퓨터가 스스로 규칙을 찾아요.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머신러닝(machine learning)은 사람이 규칙을 하나하나 적지 않아도 컴퓨터가 데이터에서 규칙을 찾아내게 하는 방법이에요. 이렇게 찾은 규칙을 담은 것을 ‘모델’이라고 불러요.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exam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실력은 처음 보는 문제로 확인해요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모델의 실력을 확인할 때는 훈련 때 보여 주지 않은 데이터로 시험해요. 이 데이터를 </w:t>
      </w:r>
      <w:r>
        <w:rPr>
          <w:rFonts w:ascii="Pretendard" w:hAnsi="Pretendard" w:eastAsia="Pretendard" w:cs="Pretendard"/>
          <w:b/>
          <w:color w:val="1D5DA6"/>
          <w:sz w:val="24"/>
        </w:rPr>
        <w:t>시험용 데이터(test data)</w:t>
      </w:r>
      <w:r>
        <w:rPr>
          <w:rFonts w:ascii="Pretendard" w:hAnsi="Pretendard" w:eastAsia="Pretendard" w:cs="Pretendard"/>
          <w:b w:val="0"/>
          <w:color w:val="1D2633"/>
          <w:sz w:val="24"/>
        </w:rPr>
        <w:t>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훈련에 쓴 문제로 시험하면, 모델이 규칙을 찾은 게 아니라 </w:t>
      </w:r>
      <w:r>
        <w:rPr>
          <w:rFonts w:ascii="Pretendard" w:hAnsi="Pretendard" w:eastAsia="Pretendard" w:cs="Pretendard"/>
          <w:b/>
          <w:color w:val="1D5DA6"/>
          <w:sz w:val="24"/>
        </w:rPr>
        <w:t>답을 외워서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맞힐 수도 있어요. 문제집 답을 외운 학생이 같은 문제는 다 맞히는 것처럼요.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생활 속 머신러닝은 많아요. 메일함의 스팸 거르기, 은행의 이상한 결제 알림, 사진 앱의 얼굴 묶기가 그 예예요. 모두 데이터로 훈련하고, 처음 보는 데이터로 확인한 뒤 쓰여요. 쓰는 동안에도 틀릴 수 있어서 사람이 계속 살펴요.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가짜 문자로 훈련과 시험을 직접 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스팸 문자에 자주 나오는 말을 두 가지 짐작해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진짜 받은 문자나 링크는 적지 않아요.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11강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6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 :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가짜 문자 10개를 훈련용 6개, 시험용 4개로 나눠요.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데이터 나누기 → 모델 훈련 → 처음 보는 문제로 시험 → 실제로 쓰기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1959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아서 새뮤얼이 ‘머신러닝’이라는 말을 쓴 논문을 발표했어요.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머신러닝의 흐름과 데이터의 쓰임을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머신러닝의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스팸 문자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데이터 나누기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모은 데이터를 ‘훈련용’과 ‘시험용’으로 나눠요. 시험용은 훈련 때 보여 주지 않아요.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표시 붙은 문자 1,000개를 800개, 200개로 나눠요.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모델 훈련하기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훈련용 데이터로 규칙을 찾아 모델을 만들어요.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스팸에 자주 나오는 말, 링크 같은 특징을 찾아요.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처음 보는 문제로 시험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한 번도 보지 않은 시험용 데이터로 얼마나 잘 맞히는지 확인해요.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남겨 둔 200개로 맞히는 비율을 재요.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실제로 쓰기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시험을 통과한 모델로 새 문자를 걸러요. 쓰면서도 틀린 것은 계속 살펴요.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잘못 걸러진 문자는 다시 확인해요.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훈련용 데이터와 시험용 데이터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훈련용 데이터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시험용 데이터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쓰임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규칙을 찾는 데 써요.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실력을 확인하는 데 써요.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보여 주나요?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훈련 때 보여 줘요.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훈련 때 보여 주지 않아요.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문제집에 비유하면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연습 문제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처음 보는 시험 문제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시험용 데이터를 훈련 때 몰래 보여 주면, 시험 결과는 믿을 만할까요? 까닭을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답을 미리 본 시험을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훈련용 문제와 처음 보는 문제의 맞히는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모델 A는 훈련 문제만 잘 맞히는 과적합의 모습이에요.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모델 A와 모델 B 가운데 실제로 쓰기에 더 좋은 모델은 무엇인가요? 그 까닭은요?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처음 보는 문제(시험용) 막대를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머신러닝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machine learning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데이터에서 규칙을 스스로 찾는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모델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model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학습으로 찾은 규칙을 담은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시험용 데이터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test data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실력을 확인하려고 훈련에 쓰지 않고 남겨 둔 데이터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가짜 문자로 스팸 거르기 훈련과 시험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종이에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가짜 문자 10개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를 만들어 보세요. (예: “축하합니다! 상품에 당첨되셨어요. 지금 바로 링크를 누르세요” / “내일 체육복 챙겨 와”) 친구가 찾은 규칙이 처음 보는 문자에도 잘 맞았는지 확인해요.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가짜 문자 10개를 만들어요. 6개에는 ‘스팸’ 또는 ‘정상’ 표시를 붙여요.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표시 붙은 6개를 친구에게 주고, 친구가 규칙을 찾게 해요. (훈련)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표시가 없는 나머지 4개로 시험을 봐요. 친구의 답을 아래 표에 적어요. (시험)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실제로 받은 문자나 진짜 전화번호, 링크는 쓰지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134"/>
              <w:gridCol w:w="3792"/>
              <w:gridCol w:w="1474"/>
              <w:gridCol w:w="1474"/>
              <w:gridCol w:w="1053"/>
            </w:tblGrid>
            <w:tr>
              <w:trPr>
                <w:cantSplit/>
              </w:trPr>
              <w:tc>
                <w:tcPr>
                  <w:tcW w:type="dxa" w:w="113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3792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시험 문자 (짧게)</w:t>
                  </w:r>
                </w:p>
              </w:tc>
              <w:tc>
                <w:tcPr>
                  <w:tcW w:type="dxa" w:w="1475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친구의 답</w:t>
                  </w:r>
                </w:p>
              </w:tc>
              <w:tc>
                <w:tcPr>
                  <w:tcW w:type="dxa" w:w="1475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정답</w:t>
                  </w:r>
                </w:p>
              </w:tc>
              <w:tc>
                <w:tcPr>
                  <w:tcW w:type="dxa" w:w="105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맞음?</w:t>
                  </w: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시험 1</w:t>
                  </w:r>
                </w:p>
              </w:tc>
              <w:tc>
                <w:tcPr>
                  <w:tcW w:type="dxa" w:w="379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5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시험 2</w:t>
                  </w:r>
                </w:p>
              </w:tc>
              <w:tc>
                <w:tcPr>
                  <w:tcW w:type="dxa" w:w="379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5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시험 3</w:t>
                  </w:r>
                </w:p>
              </w:tc>
              <w:tc>
                <w:tcPr>
                  <w:tcW w:type="dxa" w:w="379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5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13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시험 4</w:t>
                  </w:r>
                </w:p>
              </w:tc>
              <w:tc>
                <w:tcPr>
                  <w:tcW w:type="dxa" w:w="379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75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5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친구가 찾은 규칙은 무엇이었나요? 처음 보는 문자에도 잘 맞았나요?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814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규칙이 틀린 문자와 그 까닭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규칙을 더 좋게 만드는 방법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머신러닝은 훈련용 데이터로 규칙을 찾고, 처음 보는 데이터로 실력을 확인해요.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훈련에 쓴 문제로 시험해야 실력을 정확히 알 수 있다.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‘모델’에 대한 설명으로 알맞은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학습으로 찾은 규칙을 담은 것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사진을 찍는 사람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컴퓨터 화면의 크기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훈련 문제는 잘 맞히는데 새 문제에서는 자꾸 틀리는 상태를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스팸 거르기 모델을 쓰는 동안에도 사람이 계속 살펴야 하는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과적합, 그리고 AI·머신러닝·딥러닝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훈련 문제는 잘 맞히는데 새 문제에서는 자꾸 틀리는 상태를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‘과적합(overfitting)’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이라고 해요. 문제집의 답만 외운 것과 비슷하지요. 그래서 시험용 데이터를 따로 남겨 두는 거예요.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참고로 AI, 머신러닝, 딥러닝은 서로 포함 관계예요.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AI가 가장 큰 범위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이고, 그 안에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머신러닝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이, 머신러닝 안에 여러 층의 인공 신경망을 쓰는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‘딥러닝(deep learning)’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 있어요.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공부할 때 ‘답 외우기’와 ‘원리 이해하기’는 과적합과 어떻게 연결될까요?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머신러닝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machine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데이터에서 규칙을 스스로 찾는 방법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거르기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모델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model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학습으로 찾은 규칙을 담은 것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판별 모델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훈련용 데이터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training data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규칙을 찾는 데 쓰는 데이터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표시 붙은 문자 6개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시험용 데이터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test data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실력 확인용으로 남겨 둔 데이터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표시 없는 문자 4개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훈련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training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데이터로 모델의 규칙을 찾는 과정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스팸 특징 익히기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스팸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spam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원하지 않는데 마구 보내지는 광고·사기 메시지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“당첨! 링크를 누르세요”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정확도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accuracy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전체 가운데 맞힌 비율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200개 중 180개 → 90%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과적합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overfitting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훈련 문제만 잘 맞히고 새 문제는 틀리는 상태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답만 외운 공부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딥러닝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deep learning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여러 층의 인공 신경망을 쓰는 머신러닝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사진·음성 인식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특징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feature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구별에 도움이 되는 성질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링크, “당첨” 같은 말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이미 본 문제는 외워서 맞힐 수 있어서, 처음 보는 데이터로 시험해야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머신러닝으로 만든 결과물을 모델이라고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과적합(overfitting)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문제집 답만 외운 것과 비슷해요.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모델도 틀릴 수 있어서 중요한 문자가 스팸으로 걸러지거나, 새로운 수법의 스팸을 놓칠 수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575F7E06-04CC-4701-A013-945AC96E4352}"/>
    <w:embedBold r:id="rIdF2" w:fontKey="{4C5239EC-5A76-4277-9691-EB88FC0DF4C6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11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11. 머신러닝: 스스로 규칙을 찾는 기계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11. 머신러닝: 스스로 규칙을 찾는 기계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