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12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정답을 알려주는 학습과 혼자 찾는 학습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정답 이름표로 배우는 지도 학습, 비슷한 것끼리 묶는 비지도 학습.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지도 학습과 비지도 학습의 차이를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하려는 일에 알맞은 학습 방법을 고를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비지도 학습의 결과는 사람이 살펴보고 뜻을 정해야 하는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12강 — 이름표가 있는 쪽과 없는 쪽을 비교해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정답이 있을 때와 없을 때, AI는 어떻게 다르게 배울까요?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정답 이름표가 있을까, 없을까?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지도 학습(supervised learning)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정답이 붙은 데이터로 배우는 방법이에요. ‘스팸’, ‘정상’ 표시가 붙은 메일로 스팸 거르기를 배우는 것이 그 예예요.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비지도 학습(unsupervised learning)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은 정답 없이 비슷한 것끼리 묶어 보는 방법이에요. 이렇게 비슷한 것끼리 모은 무리, 또는 그렇게 묶는 일을 </w:t>
      </w:r>
      <w:r>
        <w:rPr>
          <w:rFonts w:ascii="Pretendard" w:hAnsi="Pretendard" w:eastAsia="Pretendard" w:cs="Pretendard"/>
          <w:b/>
          <w:color w:val="1D5DA6"/>
          <w:sz w:val="24"/>
        </w:rPr>
        <w:t>군집(clustering)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어느 쪽이 더 좋은 것은 아니에요. 정답을 알고 맞히고 싶으면 지도 학습, 데이터 속 숨은 무리를 찾고 싶으면 비지도 학습을 골라요.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block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분리수거와 블록 정리로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분리수거를 처음 배울 때는 “이건 캔, 이건 플라스틱” 하고 정답을 알려 주는 사람이 있지요. 이게 </w:t>
      </w:r>
      <w:r>
        <w:rPr>
          <w:rFonts w:ascii="Pretendard" w:hAnsi="Pretendard" w:eastAsia="Pretendard" w:cs="Pretendard"/>
          <w:b/>
          <w:color w:val="1D5DA6"/>
          <w:sz w:val="24"/>
        </w:rPr>
        <w:t>지도 학습</w:t>
      </w:r>
      <w:r>
        <w:rPr>
          <w:rFonts w:ascii="Pretendard" w:hAnsi="Pretendard" w:eastAsia="Pretendard" w:cs="Pretendard"/>
          <w:b w:val="0"/>
          <w:color w:val="1D2633"/>
          <w:sz w:val="24"/>
        </w:rPr>
        <w:t>과 비슷해요.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반대로 이름을 모르는 블록이 가득 든 상자를 받았다고 생각해 보세요. 이름은 몰라도 색이나 모양이 비슷한 것끼리 모을 수는 있어요. 이게 </w:t>
      </w:r>
      <w:r>
        <w:rPr>
          <w:rFonts w:ascii="Pretendard" w:hAnsi="Pretendard" w:eastAsia="Pretendard" w:cs="Pretendard"/>
          <w:b/>
          <w:color w:val="1D5DA6"/>
          <w:sz w:val="24"/>
        </w:rPr>
        <w:t>비지도 학습</w:t>
      </w:r>
      <w:r>
        <w:rPr>
          <w:rFonts w:ascii="Pretendard" w:hAnsi="Pretendard" w:eastAsia="Pretendard" w:cs="Pretendard"/>
          <w:b w:val="0"/>
          <w:color w:val="1D2633"/>
          <w:sz w:val="24"/>
        </w:rPr>
        <w:t>과 비슷해요.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다만 모은 무리가 무슨 뜻인지는 </w:t>
      </w:r>
      <w:r>
        <w:rPr>
          <w:rFonts w:ascii="Pretendard" w:hAnsi="Pretendard" w:eastAsia="Pretendard" w:cs="Pretendard"/>
          <w:b/>
          <w:color w:val="1D5DA6"/>
          <w:sz w:val="24"/>
        </w:rPr>
        <w:t>사람이 살펴보고 정해야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AI가 배우는 방법에는 정답 이름표가 붙은 데이터로 배우는 ‘지도 학습’과, 이름표 없이 비슷한 것끼리 묶어 보는 ‘비지도 학습’이 있어요. 하려는 일에 따라 알맞은 방법을 골라요.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cluste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두 가지 학습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내일 기온 맞히기, 손글씨 숫자 알아보기, 스팸 거르기는 </w:t>
      </w:r>
      <w:r>
        <w:rPr>
          <w:rFonts w:ascii="Pretendard" w:hAnsi="Pretendard" w:eastAsia="Pretendard" w:cs="Pretendard"/>
          <w:b/>
          <w:color w:val="1D5DA6"/>
          <w:sz w:val="24"/>
        </w:rPr>
        <w:t>지도 학습</w:t>
      </w:r>
      <w:r>
        <w:rPr>
          <w:rFonts w:ascii="Pretendard" w:hAnsi="Pretendard" w:eastAsia="Pretendard" w:cs="Pretendard"/>
          <w:b w:val="0"/>
          <w:color w:val="1D2633"/>
          <w:sz w:val="24"/>
        </w:rPr>
        <w:t>이에요. 과거의 정답 기록이 있으니까요.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음악 앱이 노래를 분위기가 비슷한 것끼리 묶거나, 가게가 손님들을 사는 습관이 비슷한 무리로 나누는 것은 </w:t>
      </w:r>
      <w:r>
        <w:rPr>
          <w:rFonts w:ascii="Pretendard" w:hAnsi="Pretendard" w:eastAsia="Pretendard" w:cs="Pretendard"/>
          <w:b/>
          <w:color w:val="1D5DA6"/>
          <w:sz w:val="24"/>
        </w:rPr>
        <w:t>비지도 학습</w:t>
      </w:r>
      <w:r>
        <w:rPr>
          <w:rFonts w:ascii="Pretendard" w:hAnsi="Pretendard" w:eastAsia="Pretendard" w:cs="Pretendard"/>
          <w:b w:val="0"/>
          <w:color w:val="1D2633"/>
          <w:sz w:val="24"/>
        </w:rPr>
        <w:t>이에요. 미리 정한 정답이 없어요.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비지도 학습은 생각지 못한 무리를 찾아 주기도 해요. 하지만 그 무리가 쓸모 있는지, 공정한지는 사람이 판단해야 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낱말 카드를 기준 없이 묶어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내 필통 속 물건을 정답 없이 묶는다면, 어떤 기준으로 묶고 싶나요?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색, 크기, 쓰임, 재료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12강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만들 낱말 카드 수. 기준 없이 비슷한 것끼리 묶어요.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이 강의 두 학습 방법: 지도 학습, 비지도 학습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개 무리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같은 카드도 색, 종류, 크기처럼 기준에 따라 여러 무리로 묶일 수 있어요.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두 학습 방법을 나란히 놓고 비교해요.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cantSplit/>
          <w:tblHeader/>
        </w:trPr>
        <w:tc>
          <w:tcPr>
            <w:tcW w:type="dxa" w:w="283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방법</w:t>
            </w:r>
          </w:p>
        </w:tc>
        <w:tc>
          <w:tcPr>
            <w:tcW w:type="dxa" w:w="7030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어떻게 배울까요?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지도 학습</w:t>
              <w:br/>
              <w:t>(supervised learning)</w:t>
            </w:r>
          </w:p>
        </w:tc>
        <w:tc>
          <w:tcPr>
            <w:tcW w:type="dxa" w:w="7030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정답 이름표가 있는 데이터로 배워요. 스팸 거르기처럼 나누기(분류)나, 내일 기온 맞히기처럼 숫자 예측에 써요.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비지도 학습</w:t>
              <w:br/>
              <w:t>(unsupervised learning)</w:t>
            </w:r>
          </w:p>
        </w:tc>
        <w:tc>
          <w:tcPr>
            <w:tcW w:type="dxa" w:w="7030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정답 이름표가 없어요. 비슷한 것끼리 묶어서 숨은 무리를 찾아요. 예를 들어 노래를 분위기가 비슷한 것끼리 묶을 수 있어요.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하나씩 더 비교해 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지도 학습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비지도 학습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정답 이름표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있어요.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없어요.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하는 일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분류, 숫자 예측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비슷한 것끼리 묶기(군집)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생활 속 예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거르기, 기온 맞히기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노래 분위기별 묶기, 손님 무리 나누기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사람이 할 일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정답 이름표를 붙여요.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묶인 무리의 뜻을 살펴 정해요.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‘사진 속 동물이 고양이인지 맞히기’는 어떤 학습이 알맞을까요? 까닭도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‘고양이’라는 정답 이름표가 있는지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낱말 카드 20장을 묶은 기준 (우리 반 예)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한 반 25명을 예로 들어 만든 숫자예요. 실제 결과는 반마다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가장 많은 친구가 고른 기준은 무엇인가요? 기준이 여러 가지로 나온 것은 비지도 학습과 어떻게 닮았나요?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정답이 정해져 있지 않다는 점을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지도 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supervised learning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정답이 붙은 데이터로 배우는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군집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clustering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비슷한 것끼리 모은 무리, 또는 그렇게 묶는 일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비지도 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unsupervised learning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정답 없이 비슷한 것끼리 묶어 보는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기준 없이 낱말 카드 묶기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낱말 카드 20장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을 만들어 보세요. (예: 사과, 바나나, 버스, 자전거, 고양이, 참새, 빨간 우산, 노란 연필…) 이름표나 기준을 알려 주지 말고 친구에게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“비슷한 것끼리 묶어 봐”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라고만 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낱말 카드 20장을 만들어요. 색, 종류, 크기가 섞이게 골라요.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친구에게 기준을 알려 주지 말고 비슷한 것끼리 묶게 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친구가 고른 기준과 무리를 아래 표에 적어요. 두세 명과 해 보면 더 좋아요.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친구마다 묶는 기준이 달랐나요? 비지도 학습도 이렇게 결과가 여러 가지로 나올 수 있어서, 사람이 보고 판단해야 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134"/>
              <w:gridCol w:w="2362"/>
              <w:gridCol w:w="1181"/>
              <w:gridCol w:w="4252"/>
            </w:tblGrid>
            <w:tr>
              <w:trPr>
                <w:cantSplit/>
              </w:trPr>
              <w:tc>
                <w:tcPr>
                  <w:tcW w:type="dxa" w:w="113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362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묶은 기준</w:t>
                  </w:r>
                </w:p>
              </w:tc>
              <w:tc>
                <w:tcPr>
                  <w:tcW w:type="dxa" w:w="118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무리 수</w:t>
                  </w:r>
                </w:p>
              </w:tc>
              <w:tc>
                <w:tcPr>
                  <w:tcW w:type="dxa" w:w="4252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무리 예시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친구 1</w:t>
                  </w:r>
                </w:p>
              </w:tc>
              <w:tc>
                <w:tcPr>
                  <w:tcW w:type="dxa" w:w="236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18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25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친구 2</w:t>
                  </w:r>
                </w:p>
              </w:tc>
              <w:tc>
                <w:tcPr>
                  <w:tcW w:type="dxa" w:w="236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18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25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친구 3</w:t>
                  </w:r>
                </w:p>
              </w:tc>
              <w:tc>
                <w:tcPr>
                  <w:tcW w:type="dxa" w:w="236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18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25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친구마다 기준이 달랐던 까닭은 무엇일까요?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가장 놀라웠던 묶음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지도 학습으로 바꾼다면 필요한 것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비지도 학습은 정답 없이 비슷한 것끼리 묶고, 그 뜻은 사람이 살펴 정해요.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비지도 학습은 정답 이름표 없이 비슷한 것끼리 묶는다.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지도 학습이 알맞은 일은?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‘스팸’, ‘정상’ 표시가 붙은 메일로 스팸 거르기 배우기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이름표 없는 노래를 분위기별로 묶기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손님들을 사는 습관이 비슷한 무리로 나누기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비슷한 것끼리 모은 무리, 또는 그렇게 묶는 일을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비지도 학습으로 묶은 무리를 그대로 쓰지 않고 사람이 살펴야 하는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자기 지도 학습과 강화 학습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이름표를 붙이는 일에는 시간과 돈이 많이 들어요. 그래서 요즘 큰 AI는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‘자기 지도 학습(self-supervised learning)’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을 많이 써요. 문장에서 단어 하나를 가리고 맞히게 하는 식으로, 데이터 안에서 정답을 스스로 만들어 배우는 방법이에요.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사람이 이름표를 일일이 붙이지 않아도 많은 글로 배울 수 있지요. 이 밖에 잘하면 점수를 주는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‘강화 학습’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도 있어요. 실제 AI는 이런 방법을 섞어서 쓰는 경우가 많아요.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“나는 오늘 아침에 ( )을 먹었다.” 빈칸 맞히기로 배우면, AI는 무엇을 알게 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지도 학습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supervised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정답이 붙은 데이터로 배우기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거르기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비지도 학습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unsupervised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정답 없이 비슷한 것끼리 묶기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노래 분위기별 묶기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군집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clustering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비슷한 것끼리 모은 무리, 또는 묶는 일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색이 같은 블록끼리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이름표(레이블)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label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데이터에 붙인 정답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‘캔’, ‘플라스틱’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분류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classification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정해진 무리 가운데 하나로 나누기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/ 정상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숫자 예측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regression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숫자로 된 답을 맞히기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내일 기온 23도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기준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criterion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나누거나 묶을 때 쓰는 잣대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색, 종류, 크기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자기 지도 학습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self-supervised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데이터 안에서 정답을 스스로 만들어 배우기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가린 단어 맞히기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강화 학습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reinforcement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잘하면 점수를 받으며 배우기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게임하는 AI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이름표 없이 데이터 속의 비슷한 점을 찾아 무리를 만들어요.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정답 이름표가 있는 데이터로 배우니까 지도 학습이에요.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군집(clustering)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노래를 분위기별로 묶는 것도 군집이에요.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무리가 무슨 뜻인지 AI는 알려 주지 않고, 쓸모없거나 불공정한 기준으로 묶였을 수도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A90C4F1F-146F-4E7F-882E-44677F12CE53}"/>
    <w:embedBold r:id="rIdF2" w:fontKey="{DB3F5725-097D-4410-A79D-C9DD4E511E4F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12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12. 정답을 알려주는 학습과 혼자 찾는 학습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12. 정답을 알려주는 학습과 혼자 찾는 학습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