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13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AI는 사진을 어떻게 볼까? 이미지 인식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사진은 픽셀마다 색을 적은 숫자 표예요. AI는 작은 특징부터 찾아요.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컴퓨터가 사진을 숫자(픽셀)로 저장한다는 것을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이미지 인식의 4단계(숫자로 → 선과 모서리 → 부분 모양 → 판단)를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이미지 인식 AI의 약점과 안전 문제를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13강 — 사진이 숫자 칸으로 바뀌는 부분을 먼저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컴퓨터의 눈에 사진이 어떻게 보이는지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컴퓨터에게 사진은 숫자예요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사진을 아주 크게 확대하면 작은 네모 점들이 보여요. 이 점 하나하나를 </w:t>
      </w:r>
      <w:r>
        <w:rPr>
          <w:rFonts w:ascii="Pretendard" w:hAnsi="Pretendard" w:eastAsia="Pretendard" w:cs="Pretendard"/>
          <w:b/>
          <w:color w:val="1D5DA6"/>
          <w:sz w:val="24"/>
        </w:rPr>
        <w:t>픽셀(pixel)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 픽셀은 사진을 이루는 아주 작은 색 점이에요.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컴퓨터는 픽셀마다 색을 </w:t>
      </w:r>
      <w:r>
        <w:rPr>
          <w:rFonts w:ascii="Pretendard" w:hAnsi="Pretendard" w:eastAsia="Pretendard" w:cs="Pretendard"/>
          <w:b/>
          <w:color w:val="1D5DA6"/>
          <w:sz w:val="24"/>
        </w:rPr>
        <w:t>숫자</w:t>
      </w:r>
      <w:r>
        <w:rPr>
          <w:rFonts w:ascii="Pretendard" w:hAnsi="Pretendard" w:eastAsia="Pretendard" w:cs="Pretendard"/>
          <w:b w:val="0"/>
          <w:color w:val="1D2633"/>
          <w:sz w:val="24"/>
        </w:rPr>
        <w:t>로 적어 저장해요. 그래서 컴퓨터에게 사진은 커다란 숫자 표예요.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사진 속에 무엇이 있는지 알아보는 기술을 </w:t>
      </w:r>
      <w:r>
        <w:rPr>
          <w:rFonts w:ascii="Pretendard" w:hAnsi="Pretendard" w:eastAsia="Pretendard" w:cs="Pretendard"/>
          <w:b/>
          <w:color w:val="1D5DA6"/>
          <w:sz w:val="24"/>
        </w:rPr>
        <w:t>이미지 인식(image recognition)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 이미지 인식 AI는 이 숫자 표에서 무늬를 찾아 판단해요.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pixel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모눈종이 색칠 도안으로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모눈종이 도안에 “1번 칸은 빨강, 2번 칸은 흰색”처럼 칸마다 색 번호를 적어 두면, 그림을 보지 않고 </w:t>
      </w:r>
      <w:r>
        <w:rPr>
          <w:rFonts w:ascii="Pretendard" w:hAnsi="Pretendard" w:eastAsia="Pretendard" w:cs="Pretendard"/>
          <w:b/>
          <w:color w:val="1D5DA6"/>
          <w:sz w:val="24"/>
        </w:rPr>
        <w:t>번호만 보고도 똑같이 색칠할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컴퓨터도 사진을 이렇게 저장해요. 사진을 아주 크게 확대하면 작은 네모 점들이 보이는데, 이 점 하나하나를 픽셀이라고 하고 </w:t>
      </w:r>
      <w:r>
        <w:rPr>
          <w:rFonts w:ascii="Pretendard" w:hAnsi="Pretendard" w:eastAsia="Pretendard" w:cs="Pretendard"/>
          <w:b/>
          <w:color w:val="1D5DA6"/>
          <w:sz w:val="24"/>
        </w:rPr>
        <w:t>각 픽셀의 색은 숫자로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적혀 있어요.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type="dxa" w:w="1701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0</w:t>
            </w:r>
          </w:p>
        </w:tc>
        <w:tc>
          <w:tcPr>
            <w:tcW w:type="dxa" w:w="1701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1</w:t>
            </w:r>
          </w:p>
        </w:tc>
        <w:tc>
          <w:tcPr>
            <w:tcW w:type="dxa" w:w="1701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1</w:t>
            </w:r>
          </w:p>
        </w:tc>
        <w:tc>
          <w:tcPr>
            <w:tcW w:type="dxa" w:w="1701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0</w:t>
            </w:r>
          </w:p>
        </w:tc>
        <w:tc>
          <w:tcPr>
            <w:tcW w:type="dxa" w:w="1701"/>
            <w:tcBorders>
              <w:top w:val="single" w:sz="4" w:space="0" w:color="5C3A00"/>
              <w:left w:val="single" w:sz="4" w:space="0" w:color="5C3A00"/>
              <w:bottom w:val="single" w:sz="4" w:space="0" w:color="5C3A00"/>
              <w:right w:val="single" w:sz="4" w:space="0" w:color="5C3A00"/>
            </w:tcBorders>
            <w:shd w:val="clear" w:color="auto" w:fill="FFB547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5C3A00"/>
                <w:sz w:val="22"/>
              </w:rPr>
              <w:t>1</w:t>
            </w:r>
          </w:p>
        </w:tc>
      </w:tr>
      <w:tr>
        <w:trPr>
          <w:cantSplit/>
          <w:trHeight w:val="794" w:hRule="exact"/>
        </w:trPr>
        <w:tc>
          <w:tcPr>
            <w:tcW w:type="dxa" w:w="1701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흰색</w:t>
            </w:r>
          </w:p>
        </w:tc>
        <w:tc>
          <w:tcPr>
            <w:tcW w:type="dxa" w:w="1701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검은색</w:t>
            </w:r>
          </w:p>
        </w:tc>
        <w:tc>
          <w:tcPr>
            <w:tcW w:type="dxa" w:w="1701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검은색</w:t>
            </w:r>
          </w:p>
        </w:tc>
        <w:tc>
          <w:tcPr>
            <w:tcW w:type="dxa" w:w="1701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흰색</w:t>
            </w:r>
          </w:p>
        </w:tc>
        <w:tc>
          <w:tcPr>
            <w:tcW w:type="dxa" w:w="1701"/>
            <w:tcBorders>
              <w:top w:val="single" w:sz="6" w:space="0" w:color="5C3A00"/>
              <w:left w:val="single" w:sz="6" w:space="0" w:color="5C3A00"/>
              <w:bottom w:val="single" w:sz="6" w:space="0" w:color="5C3A00"/>
              <w:right w:val="single" w:sz="6" w:space="0" w:color="5C3A00"/>
            </w:tcBorders>
            <w:shd w:val="clear" w:color="auto" w:fill="FFF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?</w:t>
            </w:r>
          </w:p>
        </w:tc>
      </w:tr>
    </w:tbl>
    <w:p>
      <w:pPr>
        <w:widowControl/>
        <w:spacing w:before="60" w:after="4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예시 그림  </w:t>
      </w:r>
      <w:r>
        <w:rPr>
          <w:rFonts w:ascii="Pretendard" w:hAnsi="Pretendard" w:eastAsia="Pretendard" w:cs="Pretendard"/>
          <w:b w:val="0"/>
          <w:color w:val="586274"/>
          <w:sz w:val="19"/>
        </w:rPr>
        <w:t>0은 흰색, 1은 검은색이라고 약속하면, 숫자만으로 그림을 전할 수 있어요. 마지막 칸은 무슨 색일까요?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컴퓨터에게 사진은 아주 작은 점(픽셀)마다 색을 숫자로 적은 커다란 숫자 표예요. 이미지 인식 AI는 이 숫자에서 작은 특징부터 큰 특징까지 차례로 찾아 무엇인지 판단해요.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edg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 이미지 인식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스마트폰 사진 앱의 ‘음식’, ‘바다’ 자동 분류, 글자를 찍으면 글자로 바꿔 주는 기능, 자동차의 차선 알림이 모두 이미지 인식이에요.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이미지 인식 AI는 먼저 숫자가 크게 바뀌는 곳에서 </w:t>
      </w:r>
      <w:r>
        <w:rPr>
          <w:rFonts w:ascii="Pretendard" w:hAnsi="Pretendard" w:eastAsia="Pretendard" w:cs="Pretendard"/>
          <w:b/>
          <w:color w:val="1D5DA6"/>
          <w:sz w:val="24"/>
        </w:rPr>
        <w:t>선과 모서리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를 찾아요. 그다음 바퀴, 창문 같은 </w:t>
      </w:r>
      <w:r>
        <w:rPr>
          <w:rFonts w:ascii="Pretendard" w:hAnsi="Pretendard" w:eastAsia="Pretendard" w:cs="Pretendard"/>
          <w:b/>
          <w:color w:val="1D5DA6"/>
          <w:sz w:val="24"/>
        </w:rPr>
        <w:t>부분 모양</w:t>
      </w:r>
      <w:r>
        <w:rPr>
          <w:rFonts w:ascii="Pretendard" w:hAnsi="Pretendard" w:eastAsia="Pretendard" w:cs="Pretendard"/>
          <w:b w:val="0"/>
          <w:color w:val="1D2633"/>
          <w:sz w:val="24"/>
        </w:rPr>
        <w:t>을 찾고, 마지막에 “자동차일 가능성이 가장 높아요”처럼 판단해요.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하지만 빛이 너무 세거나 가려진 부분이 많으면 틀리기 쉬워요. 또 AI가 판단한 것은 </w:t>
      </w:r>
      <w:r>
        <w:rPr>
          <w:rFonts w:ascii="Pretendard" w:hAnsi="Pretendard" w:eastAsia="Pretendard" w:cs="Pretendard"/>
          <w:b/>
          <w:color w:val="1D5DA6"/>
          <w:sz w:val="24"/>
        </w:rPr>
        <w:t>가능성</w:t>
      </w:r>
      <w:r>
        <w:rPr>
          <w:rFonts w:ascii="Pretendard" w:hAnsi="Pretendard" w:eastAsia="Pretendard" w:cs="Pretendard"/>
          <w:b w:val="0"/>
          <w:color w:val="1D2633"/>
          <w:sz w:val="24"/>
        </w:rPr>
        <w:t>이에요. 안전이 걸린 일에는 사람이 꼭 함께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0과 1로 숫자 도안을 직접 만들어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사진을 보고 ‘자동차’라고 알아볼 때, 나는 어떤 부분을 보고 알까요?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바퀴, 창문, 전조등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13강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0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~</w:t>
            </w: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255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보통 컬러 사진은 빨강·초록·파랑의 세기를 0부터 255까지의 숫자로 적어요.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300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만 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가로세로 1,000픽셀 컬러 사진의 숫자 수 (1,000×1,000×3)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8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×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8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칸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만들 숫자 도안의 크기. 모두 64칸이에요.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이미지 인식의 흐름을 자동차 사진으로 따라가요.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이미지 인식의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자동차 사진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① 사진을 숫자로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사진을 픽셀마다 색을 나타내는 숫자로 바꿔요.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사진이 커다란 숫자 표가 돼요.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② 선과 모서리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숫자가 크게 바뀌는 곳에서 선, 모서리 같은 작은 특징을 찾아요.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차의 윤곽선, 동그란 테두리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③ 부분 모양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작은 특징을 모아 바퀴, 창문 같은 부분 모양을 찾아요.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바퀴 2개, 창문, 전조등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④ 무엇인지 판단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부분들을 모아 “자동차일 가능성이 가장 높아요”처럼 판단해요.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자동차 90%, 버스 7%…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사람의 눈과 이미지 인식 AI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이미지 인식 AI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보는 것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모양과 색을 한눈에 봐요.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숫자 표를 계산해요.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잘하는 것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처음 보는 물건도 상식으로 짐작해요.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많은 사진을 빠르고 꾸준하게 살펴요.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약한 것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오래 보면 지치고 놓치기도 해요.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배우지 않은 장면, 살짝 바뀐 사진에 속기도 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사진 속 물건이 반쯤 가려져 있으면 AI가 틀리기 쉬운 까닭을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4단계 가운데 어느 단계가 어려워질지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이미지 인식 AI가 내놓은 판단 (자동차 사진)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AI는 가능성이 가장 높은 답을 고를 뿐, 100% 확신하는 것은 아니에요.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AI는 무엇이라고 판단했나요? 나머지 막대가 있다는 것은 무엇을 뜻할까요?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가능성이 0%가 아닌 답들을 살펴봐요.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픽셀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pixel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사진을 이루는 아주 작은 색 점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이미지 인식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image recognition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사진 속에 무엇이 있는지 알아보는 기술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0과 1로 숫자 도안 만들기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가로세로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8칸씩 모눈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을 그리고, 칸마다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0(흰색) 또는 1(검은색)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을 적어 간단한 그림(하트, 화살표 등)의 숫자 도안을 만들어요. 그림은 보여 주지 말고 숫자만 짝에게 주세요.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아래 왼쪽 칸에 0과 1로 그림의 숫자 도안을 만들어요.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숫자만 짝에게 보여 주고, 짝이 숫자대로 칸을 색칠해요.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숫자 하나를 일부러 바꾸면 그림이 어떻게 달라지는지도 확인해요.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컴퓨터가 사진을 숫자로 저장하고 다시 그려 내는 방식과 같아요.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8×8 숫자 도안 (칸마다 0 또는 1)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002"/>
              <w:gridCol w:w="1002"/>
              <w:gridCol w:w="1002"/>
              <w:gridCol w:w="1002"/>
              <w:gridCol w:w="1002"/>
              <w:gridCol w:w="1002"/>
              <w:gridCol w:w="1002"/>
              <w:gridCol w:w="1002"/>
            </w:tblGrid>
            <w:tr>
              <w:trPr>
                <w:cantSplit/>
              </w:trPr>
              <w:tc>
                <w:tcPr>
                  <w:tcW w:type="dxa" w:w="907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1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2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3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4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5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6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7</w:t>
                  </w:r>
                </w:p>
              </w:tc>
              <w:tc>
                <w:tcPr>
                  <w:tcW w:type="dxa" w:w="10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8</w:t>
                  </w: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1행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2행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3행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4행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5행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6행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7행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10" w:hRule="exact"/>
              </w:trPr>
              <w:tc>
                <w:tcPr>
                  <w:tcW w:type="dxa" w:w="90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8행</w:t>
                  </w: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0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짝이 색칠한 그림은 내가 생각한 그림과 같았나요? 숫자 하나가 틀리면 어떻게 되었나요?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컴퓨터에게 사진은 숫자 표예요. 이미지 인식 AI는 이 숫자에서 특징을 찾아요.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컴퓨터는 사진을 아주 많은 숫자로 바꿔서 처리한다.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이미지 인식 AI가 가장 먼저 찾는 것에 가까운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선과 모서리 같은 작은 특징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사진 찍은 사람의 기분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사진 파일의 제목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사진을 이루는 아주 작은 색 점을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자율 주행차의 이미지 인식 AI를 만들 때 특히 조심해야 할 점을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RGB 숫자와 적대적 예시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컬러 사진의 픽셀 하나에는 보통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빨강·초록·파랑(RGB)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세 가지 빛의 세기가 0부터 255까지의 숫자로 들어 있어요. 가로세로 1,000픽셀인 사진이라면 숫자가 300만 개나 되지요.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이미지 인식 AI는 작은 창(필터)을 사진 위로 밀어 가며 무늬를 찾는 계산을 여러 층 되풀이해요. 그런데 사람 눈에는 거의 같아 보여도 픽셀을 살짝 바꾼 사진에 AI가 속는 경우가 있어요.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이것을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‘적대적 예시(adversarial example)’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라고 하며, 자율 주행처럼 안전이 중요한 곳에서는 이런 약점을 꼭 연구해야 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픽셀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pixel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사진을 이루는 아주 작은 색 점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확대하면 보이는 네모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이미지 인식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image recognition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 속에 무엇이 있는지 알아보는 기술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 앱 자동 분류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해상도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resolution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사진을 이루는 픽셀의 수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1,000×1,000픽셀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빛의 삼원색 숫자(RGB)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Red·Green·Blue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빨강·초록·파랑 빛의 세기로 색을 나타내는 방법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(255, 0, 0) = 빨강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모서리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edge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색이나 밝기가 크게 바뀌는 경계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차의 윤곽선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특징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feature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구별에 도움이 되는 모양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바퀴, 창문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필터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filter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사진 위를 밀어 가며 무늬를 찾는 작은 창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선 찾기 필터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가능성(확률)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probability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그럴 것 같은 정도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자동차 90%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적대적 예시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adversarial example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AI를 속이도록 살짝 바꾼 사진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사람 눈엔 같은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자율 주행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autonomous driving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사람 대신 컴퓨터가 운전하는 기술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차선 알아보기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사진은 픽셀마다 색을 나타내는 숫자로 저장되고 계산돼요.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작은 특징에서 시작해 점점 큰 모양을 찾아요.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픽셀(pixel)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사진을 크게 확대하면 보여요.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비, 어둠, 가려진 표지판처럼 어려운 장면이나 살짝 바뀐 사진에도 속지 않는지 충분히 시험해야 해요.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4869EDE6-97A7-4ED7-A45E-15B1B396C567}"/>
    <w:embedBold r:id="rIdF2" w:fontKey="{2B6F9822-508F-423B-B942-0ADD69408315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13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13. AI는 사진을 어떻게 볼까? 이미지 인식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13. AI는 사진을 어떻게 볼까? 이미지 인식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