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14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AI는 내 목소리를 어떻게 알아들을까? 음성 인식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목소리의 떨림을 숫자로 바꾸고, 소리 조각을 맞히고, 문장으로 다듬어요.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음성 인식의 4단계(소리를 숫자로 → 짧게 자르기 → 소리 단위 찾기 → 문장으로 다듬기)를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파형과 음소의 뜻을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소음, 말 빠르기, 학습 데이터가 정확도에 주는 영향을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14강 — 소리 그래프(파형)가 글자가 되기까지를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내 목소리가 화면 속 글자가 되는 과정을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목소리도 숫자가 돼요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말을 하면 공기가 떨려요. 마이크는 이 떨림을 받아 </w:t>
      </w:r>
      <w:r>
        <w:rPr>
          <w:rFonts w:ascii="Pretendard" w:hAnsi="Pretendard" w:eastAsia="Pretendard" w:cs="Pretendard"/>
          <w:b/>
          <w:color w:val="1D5DA6"/>
          <w:sz w:val="24"/>
        </w:rPr>
        <w:t>파형(waveform)</w:t>
      </w:r>
      <w:r>
        <w:rPr>
          <w:rFonts w:ascii="Pretendard" w:hAnsi="Pretendard" w:eastAsia="Pretendard" w:cs="Pretendard"/>
          <w:b w:val="0"/>
          <w:color w:val="1D2633"/>
          <w:sz w:val="24"/>
        </w:rPr>
        <w:t>, 곧 소리의 떨림을 그린 모양으로 바꾸고, 다시 숫자로 저장해요.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음성 인식 AI는 이 숫자를 1초보다 훨씬 짧은 조각으로 잘라요. 그리고 조각마다 어떤 소리에 가까운지 맞혀요.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이때 맞히는 소리 단위가 </w:t>
      </w:r>
      <w:r>
        <w:rPr>
          <w:rFonts w:ascii="Pretendard" w:hAnsi="Pretendard" w:eastAsia="Pretendard" w:cs="Pretendard"/>
          <w:b/>
          <w:color w:val="1D5DA6"/>
          <w:sz w:val="24"/>
        </w:rPr>
        <w:t>음소(phoneme)</w:t>
      </w:r>
      <w:r>
        <w:rPr>
          <w:rFonts w:ascii="Pretendard" w:hAnsi="Pretendard" w:eastAsia="Pretendard" w:cs="Pretendard"/>
          <w:b w:val="0"/>
          <w:color w:val="1D2633"/>
          <w:sz w:val="24"/>
        </w:rPr>
        <w:t>예요. 음소는 말소리를 이루는 가장 작은 소리 단위예요. 예를 들어 ‘밥’은 ㅂ, ㅏ, ㅂ으로 이루어져요.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noisy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시끄러운 운동장에서 알아듣기로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쉬는 시간 운동장은 시끄러워서 친구 말이 띄엄띄엄 들려요. 그래도 “…이따 …구 하자!”라고 들리면 “이따 축구 하자!”라고 알아듣지요. </w:t>
      </w:r>
      <w:r>
        <w:rPr>
          <w:rFonts w:ascii="Pretendard" w:hAnsi="Pretendard" w:eastAsia="Pretendard" w:cs="Pretendard"/>
          <w:b/>
          <w:color w:val="1D5DA6"/>
          <w:sz w:val="24"/>
        </w:rPr>
        <w:t>들린 소리 조각에 앞뒤 말과 상황을 더해 빈칸을 채운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거예요.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음성 인식 AI도 소리 조각을 맞힌 다음, 앞뒤 말로 가장 그럴듯한 문장을 골라요.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그래서 소리가 너무 작거나 시끄러우면 </w:t>
      </w:r>
      <w:r>
        <w:rPr>
          <w:rFonts w:ascii="Pretendard" w:hAnsi="Pretendard" w:eastAsia="Pretendard" w:cs="Pretendard"/>
          <w:b/>
          <w:color w:val="1D5DA6"/>
          <w:sz w:val="24"/>
        </w:rPr>
        <w:t>엉뚱한 문장을 고르기도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마이크는 목소리의 떨림을 숫자로 바꿔요. 음성 인식 AI는 이 숫자를 아주 짧은 조각으로 잘라 어떤 소리인지 맞히고, 앞뒤 말을 살펴 알맞은 문장으로 다듬어요.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wav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 음성 인식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키보드의 마이크 버튼으로 말을 글자로 받아 적기, 영상의 자동 자막, AI 비서, 자동차의 음성 명령이 모두 음성 인식이에요.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손이 바쁘거나 글자를 치기 어려운 사람에게 큰 도움이 돼요. 회의나 수업 내용을 글로 남기는 데도 쓰여요.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하지만 조용하고 또렷할수록 정확하고, </w:t>
      </w:r>
      <w:r>
        <w:rPr>
          <w:rFonts w:ascii="Pretendard" w:hAnsi="Pretendard" w:eastAsia="Pretendard" w:cs="Pretendard"/>
          <w:b/>
          <w:color w:val="1D5DA6"/>
          <w:sz w:val="24"/>
        </w:rPr>
        <w:t>소음, 여러 사람이 동시에 말하기, 아주 빠른 말</w:t>
      </w:r>
      <w:r>
        <w:rPr>
          <w:rFonts w:ascii="Pretendard" w:hAnsi="Pretendard" w:eastAsia="Pretendard" w:cs="Pretendard"/>
          <w:b w:val="0"/>
          <w:color w:val="1D2633"/>
          <w:sz w:val="24"/>
        </w:rPr>
        <w:t>에서는 틀리기 쉬워요. 받아 적힌 글은 꼭 다시 읽고 고쳐요.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같은 문장을 세 가지 상황에서 말해 비교해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음성 인식이 틀리기 쉬운 상황을 하나 더 떠올려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바람 부는 바깥, 마스크를 쓰고 말할 때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14강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1,000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 xml:space="preserve">분의 </w:t>
            </w: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1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초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1밀리초(ms)의 길이. 음성 인식은 소리를 수십 밀리초 조각으로 잘라요.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ㅂ·ㅏ·ㅂ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‘밥’을 이루는 음소 3개. AI는 조각마다 이런 소리 단위를 맞혀요.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비교할 상황: 조용히 또박또박, TV 소리 켜고, 아주 빠르게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목소리가 문장이 되는 흐름을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음성 인식의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“밥 먹자”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① 소리를 숫자로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마이크가 공기의 떨림을 파형(소리 그래프)으로 바꾸고, 이를 숫자로 저장해요.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“밥 먹자” 소리가 파형이 돼요.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② 짧게 자르기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소리를 1초보다 훨씬 짧은 조각으로 잘라요.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아주 짧은 조각 여러 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③ 소리 단위 찾기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조각마다 ‘ㅂ’, ‘ㅏ’ 같은 소리 단위 중 무엇에 가까운지 맞혀요.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ㅂ, ㅏ, ㅂ, ㅁ, ㅓ…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④ 문장으로 다듬기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앞뒤 말을 살펴 “밥 먹자”처럼 알맞은 낱말과 문장으로 바꿔요.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“밥 먹자” (“밤 먹자”가 아니라)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잘 알아들을 때와 틀리기 쉬울 때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잘 알아들어요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틀리기 쉬워요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주변 소리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조용한 곳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소음이 큰 곳, TV 소리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말하는 방법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또박또박, 알맞은 빠르기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아주 빠르게, 웅얼웅얼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말하는 사람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한 사람씩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여러 사람이 동시에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말의 종류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학습 데이터에 많은 말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데이터가 적은 사투리, 새 낱말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영상 자동 자막이 틀렸을 때, 보는 사람에게 어떤 문제가 생길 수 있을까요?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자막에 기대는 사람을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상황에 따라 맞게 받아 적은 낱말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실제 결과는 기기, 목소리, 주변 소리에 따라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어떤 상황에서 가장 정확했나요? 정확도를 높이려면 어떻게 말하면 좋을까요?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미션 결과와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파형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waveform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소리의 떨림을 그린 모양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음소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phoneme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말소리를 이루는 가장 작은 소리 단위 (예: ‘밥’은 ㅂ, ㅏ, ㅂ)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세 가지 상황에서 음성 입력하기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보호자와 함께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스마트폰 키보드의 음성 입력(마이크 버튼)을 켜고, 같은 문장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“내일 아침에 운동장에서 만나자”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를 세 번 말해 보세요. 받아 적힌 글자가 어떻게 달라지는지 비교해요.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조용한 방에서 또박또박 말해요.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텔레비전 소리를 켜 둔 채로 말해요.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아주 빠르게 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새로 가입할 필요는 없고, 이름이나 주소 같은 개인 정보는 말하지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041"/>
              <w:gridCol w:w="5166"/>
              <w:gridCol w:w="1722"/>
            </w:tblGrid>
            <w:tr>
              <w:trPr>
                <w:cantSplit/>
              </w:trPr>
              <w:tc>
                <w:tcPr>
                  <w:tcW w:type="dxa" w:w="204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5166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받아 적힌 글자</w:t>
                  </w:r>
                </w:p>
              </w:tc>
              <w:tc>
                <w:tcPr>
                  <w:tcW w:type="dxa" w:w="1722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틀린 낱말 수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04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① 조용히 또박또박</w:t>
                  </w:r>
                </w:p>
              </w:tc>
              <w:tc>
                <w:tcPr>
                  <w:tcW w:type="dxa" w:w="5166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2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04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② TV 소리 켜고</w:t>
                  </w:r>
                </w:p>
              </w:tc>
              <w:tc>
                <w:tcPr>
                  <w:tcW w:type="dxa" w:w="5166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2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04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③ 아주 빠르게</w:t>
                  </w:r>
                </w:p>
              </w:tc>
              <w:tc>
                <w:tcPr>
                  <w:tcW w:type="dxa" w:w="5166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2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가장 많이 틀린 상황은 무엇이었나요? 왜 그랬을까요?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잘못 알아들은 낱말과 비슷한 소리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음성 입력을 쓸 때 나의 약속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음성 인식은 소리 조각과 앞뒤 말로 문장을 짐작해요. 그래서 상황에 따라 정확도가 달라져요.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음성 인식은 주변이 시끄러워도 항상 똑같이 정확하다.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음성 인식이 틀리기 쉬운 경우가 아닌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주변 소음이 클 때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여러 사람이 동시에 말할 때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조용한 곳에서 또박또박 말할 때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말소리를 이루는 가장 작은 소리 단위를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사투리나 어린이 목소리에서 음성 인식이 덜 정확할 수 있는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스펙트로그램과 목소리 데이터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음성 인식 AI는 소리를 보통 수십 밀리초(1밀리초는 1000분의 1초) 길이의 조각으로 자른 뒤, 높고 낮은 소리가 얼마나 섞였는지를 그림처럼 나타낸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‘스펙트로그램(spectrogram)’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으로 바꿔 분석해요. 요즘은 소리에서 글자까지 한 번에 바꾸는 방식도 많이 쓰여요.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사투리나 어린이 목소리처럼 학습 데이터가 적은 말은 정확도가 낮을 수 있어서, 다양한 목소리 데이터가 필요해요.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목소리도 나를 알아볼 수 있는 개인 정보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이니 함부로 녹음해 올리지 않아요.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다양한 목소리 데이터를 모을 때 지켜야 할 약속은 무엇일까요?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음성 인식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speech recognition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목소리를 글자로 바꾸는 기술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음성 입력, 자동 자막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파형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waveform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소리의 떨림을 그린 모양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오르내리는 소리 그래프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음소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phoneme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말소리를 이루는 가장 작은 소리 단위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ㅂ, ㅏ, ㅂ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마이크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microphone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소리의 떨림을 전기 신호로 바꾸는 장치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스마트폰 마이크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소음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noise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듣고 싶은 소리를 가리는 다른 소리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TV 소리, 바람 소리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밀리초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millisecond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1,000분의 1초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20밀리초 조각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스펙트로그램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spectrogram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높고 낮은 소리가 섞인 정도를 그림으로 나타낸 것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소리의 지문 같은 그림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맥락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context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앞뒤 말과 상황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“이따 …구 하자” → 축구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자동 자막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auto caption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영상 속 말을 자동으로 글자로 보여 주기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영상 앱 자막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사투리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dialect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지역마다 다른 말씨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경상도, 전라도 말씨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소음이 크면 소리 조각을 잘못 맞혀 틀리기 쉬워요.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③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조용하고 또렷할수록 정확해져요.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음소(phoneme)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‘밥’은 ㅂ, ㅏ, ㅂ 세 음소예요.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학습 데이터에 그런 목소리가 적어서, AI가 그 소리의 특징을 충분히 배우지 못했기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637DC556-981C-4BEA-9751-C746E28D7E64}"/>
    <w:embedBold r:id="rIdF2" w:fontKey="{307C8FCA-1141-4943-8AB6-BAE21FCB16A9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14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14. AI는 내 목소리를 어떻게 알아들을까? 음성 인식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14. AI는 내 목소리를 어떻게 알아들을까? 음성 인식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