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2F7FD6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2EEFB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16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2F7FD6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  <w:shd w:val="clear" w:color="auto" w:fill="FFFFFF"/>
              </w:rPr>
              <w:t xml:space="preserve">  중급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생성형 AI: 글과 그림을 새로 만드는 AI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배운 패턴을 새롭게 조합해 글, 그림, 소리를 만들어요.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생성형 AI가 새 결과를 만드는 4단계를 설명할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같은 요청에도 결과가 매번 다른 까닭을 말할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생성형 AI를 쓸 때 지켜야 할 약속(사실 확인, 저작권, 딥페이크 금지)을 알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1D5DA6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586274"/>
          <w:sz w:val="19"/>
        </w:rPr>
        <w:t>한눈에 보는 16강 — 많은 자료가 새 결과물로 바뀌는 흐름을 따라가 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AI가 어떻게 ‘새로운 것’을 만드는지, 무엇을 조심해야 하는지 알아봐요.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고르는 AI에서 만드는 AI로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지금까지 본 AI는 주로 알아보고, 나누고, 골라 주는 일을 했어요. </w:t>
      </w:r>
      <w:r>
        <w:rPr>
          <w:rFonts w:ascii="Pretendard" w:hAnsi="Pretendard" w:eastAsia="Pretendard" w:cs="Pretendard"/>
          <w:b/>
          <w:color w:val="1D5DA6"/>
          <w:sz w:val="24"/>
        </w:rPr>
        <w:t>생성형 AI(generative AI)</w:t>
      </w: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는 배운 패턴으로 </w:t>
      </w:r>
      <w:r>
        <w:rPr>
          <w:rFonts w:ascii="Pretendard" w:hAnsi="Pretendard" w:eastAsia="Pretendard" w:cs="Pretendard"/>
          <w:b/>
          <w:color w:val="1D5DA6"/>
          <w:sz w:val="24"/>
        </w:rPr>
        <w:t>새 글·그림을 만드는 AI</w:t>
      </w:r>
      <w:r>
        <w:rPr>
          <w:rFonts w:ascii="Pretendard" w:hAnsi="Pretendard" w:eastAsia="Pretendard" w:cs="Pretendard"/>
          <w:b w:val="0"/>
          <w:color w:val="1D2633"/>
          <w:sz w:val="24"/>
        </w:rPr>
        <w:t>예요.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여기서 </w:t>
      </w:r>
      <w:r>
        <w:rPr>
          <w:rFonts w:ascii="Pretendard" w:hAnsi="Pretendard" w:eastAsia="Pretendard" w:cs="Pretendard"/>
          <w:b/>
          <w:color w:val="1D5DA6"/>
          <w:sz w:val="24"/>
        </w:rPr>
        <w:t>패턴(pattern)</w:t>
      </w:r>
      <w:r>
        <w:rPr>
          <w:rFonts w:ascii="Pretendard" w:hAnsi="Pretendard" w:eastAsia="Pretendard" w:cs="Pretendard"/>
          <w:b w:val="0"/>
          <w:color w:val="1D2633"/>
          <w:sz w:val="24"/>
        </w:rPr>
        <w:t>은 자료 속에서 되풀이되는 특징이에요. 어떤 낱말 다음에 어떤 낱말이 잘 오는지, 어떤 색과 모양이 함께 나오는지 같은 것이에요.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편리한 만큼 조심할 점도 있어요. 만든 내용이 틀릴 수 있고, 남의 작품과 너무 닮을 수 있고, </w:t>
      </w:r>
      <w:r>
        <w:rPr>
          <w:rFonts w:ascii="Pretendard" w:hAnsi="Pretendard" w:eastAsia="Pretendard" w:cs="Pretendard"/>
          <w:b/>
          <w:color w:val="1D5DA6"/>
          <w:sz w:val="24"/>
        </w:rPr>
        <w:t>딥페이크(deepfake)</w:t>
      </w:r>
      <w:r>
        <w:rPr>
          <w:rFonts w:ascii="Pretendard" w:hAnsi="Pretendard" w:eastAsia="Pretendard" w:cs="Pretendard"/>
          <w:b w:val="0"/>
          <w:color w:val="1D2633"/>
          <w:sz w:val="24"/>
        </w:rPr>
        <w:t>, 곧 AI로 꾸며 만든 가짜 사진·영상에 쓰일 수도 있어요.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id_melody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노래를 많이 들으면 떠오르는 멜로디로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좋아하는 가수의 노래를 많이 듣다 보면, 그 가수 느낌이 나는 새 멜로디를 흥얼거리게 될 때가 있어요. 똑같은 노래를 부르는 게 아니라 </w:t>
      </w:r>
      <w:r>
        <w:rPr>
          <w:rFonts w:ascii="Pretendard" w:hAnsi="Pretendard" w:eastAsia="Pretendard" w:cs="Pretendard"/>
          <w:b/>
          <w:color w:val="1D5DA6"/>
          <w:sz w:val="24"/>
        </w:rPr>
        <w:t>들어 온 노래의 특징을 섞어 새로 만든</w:t>
      </w: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 거예요.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생성형 AI도 이렇게 배운 패턴으로 새 결과를 만들어요.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다만 너무 많이 들은 노래와 비슷해질 수 있듯이, AI의 결과도 </w:t>
      </w:r>
      <w:r>
        <w:rPr>
          <w:rFonts w:ascii="Pretendard" w:hAnsi="Pretendard" w:eastAsia="Pretendard" w:cs="Pretendard"/>
          <w:b/>
          <w:color w:val="1D5DA6"/>
          <w:sz w:val="24"/>
        </w:rPr>
        <w:t>원래 작품과 지나치게 닮을 수</w:t>
      </w: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 있어요.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생성형 AI(generative AI)는 아주 많은 글과 그림에서 패턴(반복되는 특징)을 배운 뒤, 요청을 받으면 그 패턴을 새롭게 조합해 글, 그림, 소리를 만들어요. 편리하지만 사실 확인과 저작권, 가짜 영상에 주의해야 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id_creat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생활 속 생성형 AI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질문에 답하는 챗봇, 글로 설명하면 그림을 그려 주는 프로그램, 짧은 음악을 만들어 주는 앱이 생성형 AI예요.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아이디어를 넓히거나, 글의 뼈대를 잡거나, 그림의 느낌을 미리 보는 데 도움이 돼요. 하지만 </w:t>
      </w:r>
      <w:r>
        <w:rPr>
          <w:rFonts w:ascii="Pretendard" w:hAnsi="Pretendard" w:eastAsia="Pretendard" w:cs="Pretendard"/>
          <w:b/>
          <w:color w:val="1D5DA6"/>
          <w:sz w:val="24"/>
        </w:rPr>
        <w:t>사실처럼 보이는 틀린 내용</w:t>
      </w:r>
      <w:r>
        <w:rPr>
          <w:rFonts w:ascii="Pretendard" w:hAnsi="Pretendard" w:eastAsia="Pretendard" w:cs="Pretendard"/>
          <w:b w:val="0"/>
          <w:color w:val="1D2633"/>
          <w:sz w:val="24"/>
        </w:rPr>
        <w:t>이 섞일 수 있어서 꼭 확인해요.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그리고 AI로 만든 것은 </w:t>
      </w:r>
      <w:r>
        <w:rPr>
          <w:rFonts w:ascii="Pretendard" w:hAnsi="Pretendard" w:eastAsia="Pretendard" w:cs="Pretendard"/>
          <w:b/>
          <w:color w:val="1D5DA6"/>
          <w:sz w:val="24"/>
        </w:rPr>
        <w:t>‘AI로 만듦’이라고 밝히고</w:t>
      </w:r>
      <w:r>
        <w:rPr>
          <w:rFonts w:ascii="Pretendard" w:hAnsi="Pretendard" w:eastAsia="Pretendard" w:cs="Pretendard"/>
          <w:b w:val="0"/>
          <w:color w:val="1D2633"/>
          <w:sz w:val="24"/>
        </w:rPr>
        <w:t>, 다른 사람의 얼굴이나 목소리로는 절대 가짜를 만들지 않아요. 많은 서비스는 나이 제한이 있으니 보호자와 함께 확인해요.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 xml:space="preserve">  뒤에 나오는 ‘직접 해보기 미션’에서 AI 없이 낱말 이어 말하기로 AI의 방식을 체험해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미리 생각하기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생성형 AI에게 도움을 받고 싶은 일을 하나 적고, 조심할 점도 함께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예: 동시 아이디어 얻기 → 내 생각을 먼저 쓰고, 그대로 베끼지 않기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숫자로 보는 16강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2F7FD6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사실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54"/>
              </w:rPr>
              <w:t>2022</w:t>
            </w:r>
            <w:r>
              <w:rPr>
                <w:rFonts w:ascii="Pretendard" w:hAnsi="Pretendard" w:eastAsia="Pretendard" w:cs="Pretendard"/>
                <w:b/>
                <w:color w:val="1D5DA6"/>
                <w:sz w:val="32"/>
              </w:rPr>
              <w:t xml:space="preserve">년 </w:t>
            </w:r>
            <w:r>
              <w:rPr>
                <w:rFonts w:ascii="Pretendard" w:hAnsi="Pretendard" w:eastAsia="Pretendard" w:cs="Pretendard"/>
                <w:b/>
                <w:color w:val="1D5DA6"/>
                <w:sz w:val="54"/>
              </w:rPr>
              <w:t>11</w:t>
            </w:r>
            <w:r>
              <w:rPr>
                <w:rFonts w:ascii="Pretendard" w:hAnsi="Pretendard" w:eastAsia="Pretendard" w:cs="Pretendard"/>
                <w:b/>
                <w:color w:val="1D5DA6"/>
                <w:sz w:val="32"/>
              </w:rPr>
              <w:t>월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대화형 생성형 AI인 챗GPT(ChatGPT)가 공개되어 널리 알려졌어요.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4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명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미션에서 낱말을 하나씩 이어 말할 친구 수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2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번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같은 요청을 두 번 넣어도 결과가 조금씩 달라요.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1D5DA6"/>
          <w:sz w:val="19"/>
        </w:rPr>
        <w:t>사실</w:t>
      </w:r>
      <w:r>
        <w:rPr>
          <w:rFonts w:ascii="Pretendard" w:hAnsi="Pretendard" w:eastAsia="Pretendard" w:cs="Pretendard"/>
          <w:b w:val="0"/>
          <w:color w:val="586274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586274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생성형 AI가 새 결과를 만드는 흐름을 정리해요.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생성형 AI가 만드는 4단계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3969"/>
        <w:gridCol w:w="3628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단계</w:t>
            </w:r>
          </w:p>
        </w:tc>
        <w:tc>
          <w:tcPr>
            <w:tcW w:type="dxa" w:w="3969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하는 일</w:t>
            </w:r>
          </w:p>
        </w:tc>
        <w:tc>
          <w:tcPr>
            <w:tcW w:type="dxa" w:w="362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동시 쓰기 예시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① 많은 자료 배우기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엄청난 양의 글, 그림, 소리를 학습해요.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수많은 글과 시를 학습해요.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② 패턴 익히기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어떤 낱말 다음에 어떤 낱말이 잘 오는지, 어떤 색과 모양이 함께 나오는지 익혀요.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“봄” 다음에 “꽃”, “바람”이 잘 와요.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③ 요청 받기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사람이 “봄 소풍에 대한 동시를 써 줘”처럼 요청해요.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“봄 소풍 동시를 써 줘.”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④ 새로 만들기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익힌 패턴을 조합해 새 결과를 만들어요. 같은 요청이어도 결과가 매번 조금씩 달라요.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낱말을 하나씩 이어 새 동시를 만들어요.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생성형 AI, 이렇게 써요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살펴봐요</w:t>
            </w:r>
          </w:p>
        </w:tc>
        <w:tc>
          <w:tcPr>
            <w:tcW w:type="dxa" w:w="402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이렇게 해요</w:t>
            </w:r>
          </w:p>
        </w:tc>
        <w:tc>
          <w:tcPr>
            <w:tcW w:type="dxa" w:w="402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이렇게 하지 않아요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사실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AI가 쓴 내용이 맞는지 다시 확인해요.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확인 없이 그대로 믿고 퍼뜨려요.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밝히기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‘AI로 만듦’이라고 밝혀요.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AI가 만든 것을 내가 만든 척해요.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얼굴·목소리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내 그림, 허락받은 자료만 써요.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친구 얼굴로 허락 없이 가짜 영상을 만들어요.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AI가 그린 그림을 학급 신문에 싣는다면, 어떤 점을 함께 적어야 할까요?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누가, 무엇으로 만들었는지 밝히는 방법을 생각해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“봄” 다음에 올 낱말, AI가 매긴 가능성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※ 이해를 도우려고 만든 예시 숫자예요. AI는 이런 가능성에 따라 낱말을 고르기 때문에 같은 요청에도 결과가 달라질 수 있어요.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가능성이 가장 높은 낱말은 무엇인가요? 그런데도 AI가 가끔 다른 낱말을 고르면 결과는 어떻게 될까요?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이 그래프는 예시 데이터예요. 같은 요청을 두 번 넣었을 때를 떠올려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생성형 AI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generative AI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배운 패턴으로 새 글·그림을 만드는 AI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딥페이크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deepfake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AI로 꾸며 만든 가짜 사진·영상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패턴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pattern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자료 속에서 되풀이되는 특징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FFB547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낱말 이어 말하기로 문장 만들기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AI 없이 먼저 해 봐요.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친구 4명이 돌아가며 한 낱말씩 이어 말해 문장을 만들어요. (예: “오늘” → “아침에” → “운동장에서” …) 앞사람 말을 보고 다음에 올 낱말을 고르는 과정이 글을 만드는 AI의 방식과 닮았어요.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첫 낱말을 정하고, 4명이 돌아가며 한 낱말씩 이어 말해요.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완성된 문장을 아래 표에 적어요. 같은 첫 낱말로 한 번 더 해 봐요.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해 볼 수 있다면 보호자나 선생님과 함께, 나이 기준에 맞는 서비스에서 같은 요청을 두 번 넣어 결과를 비교해요.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이름이나 사진 같은 개인 정보는 넣지 않아요.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474"/>
              <w:gridCol w:w="1864"/>
              <w:gridCol w:w="1864"/>
              <w:gridCol w:w="1864"/>
              <w:gridCol w:w="1864"/>
            </w:tblGrid>
            <w:tr>
              <w:trPr>
                <w:cantSplit/>
              </w:trPr>
              <w:tc>
                <w:tcPr>
                  <w:tcW w:type="dxa" w:w="1474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1864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1번 친구</w:t>
                  </w:r>
                </w:p>
              </w:tc>
              <w:tc>
                <w:tcPr>
                  <w:tcW w:type="dxa" w:w="1864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2번 친구</w:t>
                  </w:r>
                </w:p>
              </w:tc>
              <w:tc>
                <w:tcPr>
                  <w:tcW w:type="dxa" w:w="1864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3번 친구</w:t>
                  </w:r>
                </w:p>
              </w:tc>
              <w:tc>
                <w:tcPr>
                  <w:tcW w:type="dxa" w:w="1864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4번 친구</w:t>
                  </w: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474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첫 번째 문장</w:t>
                  </w:r>
                </w:p>
              </w:tc>
              <w:tc>
                <w:tcPr>
                  <w:tcW w:type="dxa" w:w="1864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864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864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864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474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두 번째 문장</w:t>
                  </w:r>
                </w:p>
              </w:tc>
              <w:tc>
                <w:tcPr>
                  <w:tcW w:type="dxa" w:w="1864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864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864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864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같은 첫 낱말로 시작했는데 문장이 달라졌나요? 그 까닭은 무엇일까요?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생성형 AI의 결과가 매번 다른 것과 어떤 점이 닮았나요?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701" w:hRule="atLeast"/>
              </w:trPr>
              <w:tc>
                <w:tcPr>
                  <w:tcW w:type="dxa" w:w="4323"/>
                  <w:tcBorders>
                    <w:top w:val="single" w:sz="6" w:space="0" w:color="9DACC2"/>
                    <w:left w:val="single" w:sz="6" w:space="0" w:color="9DACC2"/>
                    <w:bottom w:val="single" w:sz="6" w:space="0" w:color="9DACC2"/>
                    <w:right w:val="single" w:sz="6" w:space="0" w:color="9DACC2"/>
                  </w:tcBorders>
                  <w:shd w:val="clear" w:color="auto" w:fill="EDF3FA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가장 그럴듯했던 다음 낱말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9DACC2"/>
                    <w:left w:val="single" w:sz="6" w:space="0" w:color="9DACC2"/>
                    <w:bottom w:val="single" w:sz="6" w:space="0" w:color="9DACC2"/>
                    <w:right w:val="single" w:sz="6" w:space="0" w:color="9DACC2"/>
                  </w:tcBorders>
                  <w:shd w:val="clear" w:color="auto" w:fill="EDF3FA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엉뚱했지만 재미있던 낱말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생성형 AI도 앞의 말을 보고 다음에 올 말을 골라 이어 가며 글을 만들어요.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생성형 AI는 배운 자료를 그대로 복사해 붙여 넣기만 한다.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생성형 AI를 쓸 때 하면 안 되는 일은?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① 만든 그림에 ‘AI로 만듦’이라고 밝히기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② 친구 얼굴 사진으로 허락 없이 가짜 영상 만들기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③ AI가 쓴 내용이 맞는지 다시 확인하기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AI로 꾸며 만든 가짜 사진·영상을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  <w:u w:val="thick" w:color="1D5DA6"/>
                <w:shd w:val="clear" w:color="auto" w:fill="EDF3FA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같은 요청을 넣어도 생성형 AI의 결과가 매번 조금씩 다른 까닭을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1D5DA6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475366"/>
                      <w:sz w:val="22"/>
                    </w:rPr>
                    <w:t>대규모 언어 모델과 확산 모델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글을 만드는 AI는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‘대규모 언어 모델(LLM, Large Language Model)’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이라고 해요. 다음에 올 낱말 조각을 확률로 하나씩 골라 문장을 이어 가요. 그림을 만드는 AI 중에는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‘확산 모델(diffusion model)’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이 많아요. 지글지글한 잡음에서 시작해 잡음을 조금씩 걷어 내며 그림을 완성하지요.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AI가 남의 작품으로 학습하는 것이 괜찮은지, AI가 만든 결과물을 누구의 작품으로 볼지는 여러 나라에서 아직 논의하고 있어요. 이 내용은 고급 과정에서 더 자세히 다뤄요.</w:t>
            </w:r>
          </w:p>
          <w:p>
            <w:pPr>
              <w:keepNext/>
              <w:widowControl/>
              <w:spacing w:before="18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생각해 봐요: AI가 그린 그림은 누구의 작품이라고 생각하나요? 내 생각과 까닭을 적어 보세요.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생성형 AI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generative AI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배운 패턴으로 새 글·그림을 만드는 AI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챗봇, 그림 생성 AI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패턴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pattern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자료 속에서 되풀이되는 특징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“봄” 다음에 “꽃”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딥페이크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deepfake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AI로 꾸며 만든 가짜 사진·영상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가짜 얼굴 영상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요청(프롬프트)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prompt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AI에게 주는 질문이나 요청 글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“동시를 써 줘.”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챗봇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chatbot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글로 대화하는 프로그램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질문에 답하는 AI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대규모 언어 모델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LLM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많은 글로 배워 다음 낱말을 고르는 AI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대화형 AI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확산 모델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diffusion model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잡음을 걷어 내며 그림을 만드는 AI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그림 생성 AI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저작권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copyright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만든 사람이 작품에 대해 갖는 권리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노래, 그림, 글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확률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probability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그럴 것 같은 정도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“소풍” 35%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출처 표시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attribution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누가 무엇으로 만들었는지 밝히기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‘AI로 만듦’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586274"/>
              <w:left w:val="dashed" w:sz="6" w:space="0" w:color="586274"/>
              <w:bottom w:val="dashed" w:sz="6" w:space="0" w:color="586274"/>
              <w:right w:val="dashed" w:sz="6" w:space="0" w:color="586274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1. X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패턴을 익혀 새로 조합해요. 하지만 원래 작품과 비슷하게 나올 수도 있어 주의해야 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2. ②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다른 사람의 얼굴이나 목소리로 가짜를 만들면 그 사람에게 큰 상처를 줘요. 장난으로라도 만들지 않아요.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3. 딥페이크(deepfake)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다른 사람의 얼굴로 만들면 큰 피해를 줘요.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다음에 올 말을 가능성에 따라 고르는데, 가장 높은 것만 고르지 않고 조금씩 다르게 고르기 때문이에요.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037C0CEA-785C-479B-9018-392E3B50D14A}"/>
    <w:embedBold r:id="rIdF2" w:fontKey="{B075C048-C217-4C2D-AB15-C3AAEF7EF67D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586274"/>
        <w:sz w:val="19"/>
      </w:rPr>
      <w:t xml:space="preserve">중급 16  ·  </w:t>
    </w:r>
    <w:r>
      <w:rPr>
        <w:rFonts w:ascii="Pretendard" w:hAnsi="Pretendard" w:eastAsia="Pretendard" w:cs="Pretendard"/>
        <w:b/>
        <w:color w:val="1D5DA6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9DACC2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1D5DA6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586274"/>
              <w:sz w:val="19"/>
            </w:rPr>
            <w:t xml:space="preserve">   |   중급 16. 생성형 AI: 글과 그림을 새로 만드는 AI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9DACC2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D2633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중급 16. 생성형 AI: 글과 그림을 새로 만드는 AI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