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154"/>
        <w:gridCol w:w="7711"/>
      </w:tblGrid>
      <w:tr>
        <w:trPr>
          <w:cantSplit/>
          <w:trHeight w:val="2494" w:hRule="atLeast"/>
        </w:trPr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00" w:type="dxa"/>
              <w:left w:w="300" w:type="dxa"/>
              <w:bottom w:w="200" w:type="dxa"/>
              <w:right w:w="0" w:type="dxa"/>
            </w:tcMar>
            <w:vAlign w:val="center"/>
          </w:tcPr>
          <w:p>
            <w:pPr>
              <w:widowControl/>
              <w:spacing w:before="0" w:after="0" w:line="240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E2EEFB"/>
                <w:sz w:val="22"/>
              </w:rPr>
              <w:t>LESSON</w:t>
            </w:r>
          </w:p>
          <w:p>
            <w:pPr>
              <w:widowControl/>
              <w:spacing w:before="0" w:after="0" w:line="22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100"/>
              </w:rPr>
              <w:t>17</w:t>
            </w:r>
          </w:p>
        </w:tc>
        <w:tc>
          <w:tcPr>
            <w:tcW w:type="dxa" w:w="7710"/>
            <w:tcBorders>
              <w:top w:val="nil"/>
              <w:left w:val="nil"/>
              <w:bottom w:val="nil"/>
              <w:right w:val="nil"/>
            </w:tcBorders>
            <w:shd w:val="clear" w:color="auto" w:fill="2F7FD6"/>
            <w:tcMar>
              <w:top w:w="260" w:type="dxa"/>
              <w:left w:w="200" w:type="dxa"/>
              <w:bottom w:w="260" w:type="dxa"/>
              <w:right w:w="300" w:type="dxa"/>
            </w:tcMar>
            <w:vAlign w:val="center"/>
          </w:tcPr>
          <w:p>
            <w:pPr>
              <w:widowControl/>
              <w:spacing w:before="0" w:after="12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  <w:shd w:val="clear" w:color="auto" w:fill="FFFFFF"/>
              </w:rPr>
              <w:t xml:space="preserve">  중급  </w:t>
            </w:r>
            <w:r>
              <w:rPr>
                <w:rFonts w:ascii="Pretendard" w:hAnsi="Pretendard" w:eastAsia="Pretendard" w:cs="Pretendard"/>
                <w:b w:val="0"/>
                <w:color w:val="FFFFFF"/>
                <w:sz w:val="22"/>
              </w:rPr>
              <w:t xml:space="preserve">   초6·중2 AI 교실</w:t>
            </w:r>
          </w:p>
          <w:p>
            <w:pPr>
              <w:widowControl/>
              <w:spacing w:before="0" w:after="120" w:line="269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50"/>
              </w:rPr>
              <w:t>프롬프트 기초: AI에게 잘 물어보는 법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FFFFFF"/>
                <w:sz w:val="24"/>
              </w:rPr>
              <w:t>목적(왜), 대상(누구에게), 형식(어떤 모양으로)을 또렷하게 알려 줘요.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170" w:type="dxa"/>
              <w:left w:w="300" w:type="dxa"/>
              <w:bottom w:w="170" w:type="dxa"/>
              <w:right w:w="30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44"/>
              <w:gridCol w:w="8697"/>
            </w:tblGrid>
            <w:tr>
              <w:trPr>
                <w:cantSplit/>
              </w:trPr>
              <w:tc>
                <w:tcPr>
                  <w:tcW w:type="dxa" w:w="54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37600" cy="2376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oal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600" cy="2376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697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학습 목표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시간이 끝나면…</w:t>
                  </w:r>
                </w:p>
              </w:tc>
            </w:tr>
          </w:tbl>
          <w:p>
            <w:pPr>
              <w:widowControl/>
              <w:spacing w:before="12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프롬프트의 뜻과 좋은 프롬프트의 세 재료(목적, 대상, 형식)를 말할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아쉬운 질문을 좋은 질문으로 고쳐 쓸 수 있어요.</w:t>
            </w:r>
          </w:p>
          <w:p>
            <w:pPr>
              <w:widowControl/>
              <w:spacing w:before="6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129600" cy="1296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ec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" cy="129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프롬프트에 개인 정보를 넣지 않고, 답을 확인하는 습관을 가질 수 있어요.</w:t>
            </w:r>
          </w:p>
        </w:tc>
      </w:tr>
    </w:tbl>
    <w:p>
      <w:pPr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464000" cy="558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fographic@2x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5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80" w:after="0" w:line="288" w:lineRule="auto"/>
        <w:jc w:val="center"/>
      </w:pPr>
      <w:r>
        <w:rPr>
          <w:rFonts w:ascii="Pretendard" w:hAnsi="Pretendard" w:eastAsia="Pretendard" w:cs="Pretendard"/>
          <w:b/>
          <w:color w:val="1D5DA6"/>
          <w:sz w:val="19"/>
        </w:rPr>
        <w:t xml:space="preserve">그림 1  </w:t>
      </w:r>
      <w:r>
        <w:rPr>
          <w:rFonts w:ascii="Pretendard" w:hAnsi="Pretendard" w:eastAsia="Pretendard" w:cs="Pretendard"/>
          <w:b w:val="0"/>
          <w:color w:val="586274"/>
          <w:sz w:val="19"/>
        </w:rPr>
        <w:t>한눈에 보는 17강 — 아쉬운 질문과 좋은 질문의 차이를 먼저 찾아보세요.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book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쉽게 풀어 보기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AI에게 원하는 것을 또렷하게 전하는 방법을 알아봐요.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hin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프롬프트가 뭐예요?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/>
          <w:color w:val="1D5DA6"/>
          <w:sz w:val="24"/>
        </w:rPr>
        <w:t>프롬프트(prompt)</w:t>
      </w:r>
      <w:r>
        <w:rPr>
          <w:rFonts w:ascii="Pretendard" w:hAnsi="Pretendard" w:eastAsia="Pretendard" w:cs="Pretendard"/>
          <w:b w:val="0"/>
          <w:color w:val="1D2633"/>
          <w:sz w:val="24"/>
        </w:rPr>
        <w:t>는 AI에게 주는 질문이나 요청 글이에요. 챗봇의 입력 칸에 쓰는 글이 모두 프롬프트예요.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AI는 내 마음을 읽지 못해요. 그래서 짧고 막연하게 물으면 빠진 내용을 제멋대로 짐작해서 채워요.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좋은 프롬프트에는 세 가지 재료가 있어요. </w:t>
      </w:r>
      <w:r>
        <w:rPr>
          <w:rFonts w:ascii="Pretendard" w:hAnsi="Pretendard" w:eastAsia="Pretendard" w:cs="Pretendard"/>
          <w:b/>
          <w:color w:val="1D5DA6"/>
          <w:sz w:val="24"/>
        </w:rPr>
        <w:t>목적(왜)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, </w:t>
      </w:r>
      <w:r>
        <w:rPr>
          <w:rFonts w:ascii="Pretendard" w:hAnsi="Pretendard" w:eastAsia="Pretendard" w:cs="Pretendard"/>
          <w:b/>
          <w:color w:val="1D5DA6"/>
          <w:sz w:val="24"/>
        </w:rPr>
        <w:t>대상(누구에게)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, </w:t>
      </w:r>
      <w:r>
        <w:rPr>
          <w:rFonts w:ascii="Pretendard" w:hAnsi="Pretendard" w:eastAsia="Pretendard" w:cs="Pretendard"/>
          <w:b/>
          <w:color w:val="1D5DA6"/>
          <w:sz w:val="24"/>
        </w:rPr>
        <w:t>형식(어떤 모양으로)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이에요. </w:t>
      </w:r>
      <w:r>
        <w:rPr>
          <w:rFonts w:ascii="Pretendard" w:hAnsi="Pretendard" w:eastAsia="Pretendard" w:cs="Pretendard"/>
          <w:b/>
          <w:color w:val="1D5DA6"/>
          <w:sz w:val="24"/>
        </w:rPr>
        <w:t>형식(format)</w:t>
      </w:r>
      <w:r>
        <w:rPr>
          <w:rFonts w:ascii="Pretendard" w:hAnsi="Pretendard" w:eastAsia="Pretendard" w:cs="Pretendard"/>
          <w:b w:val="0"/>
          <w:color w:val="1D2633"/>
          <w:sz w:val="24"/>
        </w:rPr>
        <w:t>은 답의 모양, 곧 표, 목록, 요약 같은 것이에요.</w:t>
      </w:r>
    </w:p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scissors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미용실에서 “알아서 해 주세요”로 이해해요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미용실에서 “알아서 잘라 주세요”라고만 하면 생각과 다른 머리가 될 수도 있어요.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“앞머리는 눈썹 위로, 옆머리는 귀가 보이게 잘라 주세요”라고 하면 </w:t>
      </w:r>
      <w:r>
        <w:rPr>
          <w:rFonts w:ascii="Pretendard" w:hAnsi="Pretendard" w:eastAsia="Pretendard" w:cs="Pretendard"/>
          <w:b/>
          <w:color w:val="1D5DA6"/>
          <w:sz w:val="24"/>
        </w:rPr>
        <w:t>훨씬 원하는 모습에 가까워지지요.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AI도 마찬가지예요. 짧고 막연한 질문을 받으면 </w:t>
      </w:r>
      <w:r>
        <w:rPr>
          <w:rFonts w:ascii="Pretendard" w:hAnsi="Pretendard" w:eastAsia="Pretendard" w:cs="Pretendard"/>
          <w:b/>
          <w:color w:val="1D5DA6"/>
          <w:sz w:val="24"/>
        </w:rPr>
        <w:t>빠진 내용을 제멋대로 짐작해서 채워요.</w:t>
      </w:r>
    </w:p>
    <w:p>
      <w:pPr>
        <w:widowControl/>
        <w:spacing w:before="0" w:after="0" w:line="36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00" w:type="dxa"/>
              <w:left w:w="280" w:type="dxa"/>
              <w:bottom w:w="200" w:type="dxa"/>
              <w:right w:w="28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10"/>
              <w:gridCol w:w="8731"/>
            </w:tblGrid>
            <w:tr>
              <w:trPr>
                <w:cantSplit/>
              </w:trPr>
              <w:tc>
                <w:tcPr>
                  <w:tcW w:type="dxa" w:w="510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16000" cy="216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key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6000" cy="216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3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8"/>
                    </w:rPr>
                    <w:t>한 줄 요약</w:t>
                  </w:r>
                </w:p>
              </w:tc>
            </w:tr>
          </w:tbl>
          <w:p>
            <w:pPr>
              <w:widowControl/>
              <w:spacing w:before="40" w:after="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프롬프트(prompt)는 AI에게 주는 질문이나 요청 글이에요. AI는 내 마음을 읽지 못하니, 목적(왜), 대상(누구에게), 형식(어떤 모양으로)을 또렷하게 알려 줄수록 원하는 답에 가까워져요.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id_reques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생활 속에서 연습해요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>“공룡 알려 줘.” 대신 “발표 자료로 쓸 거야. 초6 친구들이 알기 쉽게 티라노사우루스의 특징 3가지를 표로 정리해 줘.”라고 하면 원하는 답에 가까워져요.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친구에게 길을 물을 때도, 선생님께 질문할 때도 같아요. </w:t>
      </w:r>
      <w:r>
        <w:rPr>
          <w:rFonts w:ascii="Pretendard" w:hAnsi="Pretendard" w:eastAsia="Pretendard" w:cs="Pretendard"/>
          <w:b/>
          <w:color w:val="1D5DA6"/>
          <w:sz w:val="24"/>
        </w:rPr>
        <w:t>무엇을, 왜, 어떤 모양으로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원하는지 말하면 서로 덜 헷갈려요.</w:t>
      </w:r>
    </w:p>
    <w:p>
      <w:pPr>
        <w:widowControl/>
        <w:spacing w:before="0" w:after="120" w:line="384" w:lineRule="auto"/>
      </w:pP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하지만 질문을 아무리 잘해도 AI의 답은 틀릴 수 있어요. 그리고 </w:t>
      </w:r>
      <w:r>
        <w:rPr>
          <w:rFonts w:ascii="Pretendard" w:hAnsi="Pretendard" w:eastAsia="Pretendard" w:cs="Pretendard"/>
          <w:b/>
          <w:color w:val="1D5DA6"/>
          <w:sz w:val="24"/>
        </w:rPr>
        <w:t>이름, 학교, 비밀번호 같은 개인 정보는 절대 넣지 않아요.</w:t>
      </w:r>
      <w:r>
        <w:rPr>
          <w:rFonts w:ascii="Pretendard" w:hAnsi="Pretendard" w:eastAsia="Pretendard" w:cs="Pretendard"/>
          <w:b w:val="0"/>
          <w:color w:val="1D2633"/>
          <w:sz w:val="24"/>
        </w:rPr>
        <w:t xml:space="preserve"> AI 챗봇을 처음 쓰기 전에는 보호자나 선생님께 먼저 물어봐요.</w:t>
      </w:r>
    </w:p>
    <w:p>
      <w:pPr>
        <w:widowControl/>
        <w:spacing w:before="0" w:after="0" w:line="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D9A23C"/>
              <w:left w:val="single" w:sz="36" w:space="0" w:color="FFB547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120" w:type="dxa"/>
              <w:left w:w="240" w:type="dxa"/>
              <w:bottom w:w="120" w:type="dxa"/>
              <w:right w:w="240" w:type="dxa"/>
            </w:tcMar>
          </w:tcPr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미리 보기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 xml:space="preserve">  뒤에 나오는 ‘직접 해보기 미션’에서 아쉬운 질문 세 개를 좋은 질문으로 고쳐 써 봐요.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미리 고쳐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“책 추천해 줘.”에 목적이나 대상을 하나 더해 고쳐 써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여름 방학에 읽을, 초6이 읽기 좋은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number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숫자로 보는 17강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3137"/>
        <w:gridCol w:w="226"/>
        <w:gridCol w:w="3137"/>
        <w:gridCol w:w="226"/>
        <w:gridCol w:w="3137"/>
      </w:tblGrid>
      <w:tr>
        <w:trPr>
          <w:cantSplit/>
        </w:trPr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가지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좋은 프롬프트의 재료: 목적(왜), 대상(누구에게), 형식(어떤 모양으로)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FFB547"/>
              <w:left w:val="single" w:sz="6" w:space="0" w:color="D9A23C"/>
              <w:bottom w:val="single" w:sz="6" w:space="0" w:color="D9A23C"/>
              <w:right w:val="single" w:sz="6" w:space="0" w:color="D9A23C"/>
            </w:tcBorders>
            <w:shd w:val="clear" w:color="auto" w:fill="FFF6E6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5C3A00"/>
                <w:sz w:val="19"/>
                <w:bdr w:val="single" w:sz="4" w:space="0" w:color="5C3A00"/>
                <w:shd w:val="clear" w:color="auto" w:fill="FFB547"/>
              </w:rPr>
              <w:t xml:space="preserve"> 예시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54"/>
              </w:rPr>
              <w:t>3</w:t>
            </w:r>
            <w:r>
              <w:rPr>
                <w:rFonts w:ascii="Pretendard" w:hAnsi="Pretendard" w:eastAsia="Pretendard" w:cs="Pretendard"/>
                <w:b/>
                <w:color w:val="8A4F0A"/>
                <w:sz w:val="32"/>
              </w:rPr>
              <w:t>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미션에서 좋은 질문으로 고쳐 쓸 아쉬운 질문 수</w:t>
            </w:r>
          </w:p>
        </w:tc>
        <w:tc>
          <w:tcPr>
            <w:tcW w:type="dxa" w:w="227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spacing w:before="0" w:after="0" w:line="20" w:lineRule="exact"/>
            </w:pPr>
          </w:p>
        </w:tc>
        <w:tc>
          <w:tcPr>
            <w:tcW w:type="dxa" w:w="3137"/>
            <w:tcBorders>
              <w:top w:val="single" w:sz="18" w:space="0" w:color="2F7FD6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DF3FA"/>
            <w:tcMar>
              <w:top w:w="226" w:type="dxa"/>
              <w:left w:w="200" w:type="dxa"/>
              <w:bottom w:w="226" w:type="dxa"/>
              <w:right w:w="200" w:type="dxa"/>
            </w:tcMar>
            <w:vAlign w:val="top"/>
          </w:tcPr>
          <w:p>
            <w:pPr>
              <w:widowControl/>
              <w:spacing w:before="0" w:after="80" w:line="240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사실 </w:t>
            </w:r>
          </w:p>
          <w:p>
            <w:pPr>
              <w:widowControl/>
              <w:spacing w:before="0" w:after="100" w:line="240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54"/>
              </w:rPr>
              <w:t>8</w:t>
            </w:r>
            <w:r>
              <w:rPr>
                <w:rFonts w:ascii="Pretendard" w:hAnsi="Pretendard" w:eastAsia="Pretendard" w:cs="Pretendard"/>
                <w:b/>
                <w:color w:val="1D5DA6"/>
                <w:sz w:val="32"/>
              </w:rPr>
              <w:t>개</w:t>
            </w:r>
          </w:p>
          <w:p>
            <w:pPr>
              <w:widowControl/>
              <w:spacing w:before="0" w:after="0" w:line="336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1"/>
              </w:rPr>
              <w:t>태양계 행성의 수. 미션 예시 질문에 나와요.</w:t>
            </w:r>
          </w:p>
        </w:tc>
      </w:tr>
    </w:tbl>
    <w:p>
      <w:pPr>
        <w:widowControl/>
        <w:spacing w:before="100" w:after="0" w:line="312" w:lineRule="auto"/>
      </w:pPr>
      <w:r>
        <w:rPr>
          <w:rFonts w:ascii="Pretendard" w:hAnsi="Pretendard" w:eastAsia="Pretendard" w:cs="Pretendard"/>
          <w:b/>
          <w:color w:val="1D5DA6"/>
          <w:sz w:val="19"/>
        </w:rPr>
        <w:t>사실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실제로 있었던 일   ·   </w:t>
      </w:r>
      <w:r>
        <w:rPr>
          <w:rFonts w:ascii="Pretendard" w:hAnsi="Pretendard" w:eastAsia="Pretendard" w:cs="Pretendard"/>
          <w:b/>
          <w:color w:val="8A4F0A"/>
          <w:sz w:val="19"/>
        </w:rPr>
        <w:t>예시</w:t>
      </w:r>
      <w:r>
        <w:rPr>
          <w:rFonts w:ascii="Pretendard" w:hAnsi="Pretendard" w:eastAsia="Pretendard" w:cs="Pretendard"/>
          <w:b w:val="0"/>
          <w:color w:val="586274"/>
          <w:sz w:val="19"/>
        </w:rPr>
        <w:t xml:space="preserve"> = 이해를 도우려고 만든 숫자</w:t>
      </w:r>
    </w:p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check.png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표로 정리해요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아쉬운 질문과 좋은 질문을 나란히 비교해요.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ep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그림으로 보는 비교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2268"/>
        <w:gridCol w:w="7597"/>
      </w:tblGrid>
      <w:tr>
        <w:trPr>
          <w:cantSplit/>
          <w:tblHeader/>
        </w:trPr>
        <w:tc>
          <w:tcPr>
            <w:tcW w:type="dxa" w:w="226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질문</w:t>
            </w:r>
          </w:p>
        </w:tc>
        <w:tc>
          <w:tcPr>
            <w:tcW w:type="dxa" w:w="759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예시와 살펴볼 점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아쉬운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“공룡 알려 줘.” → 무엇을, 누구에게, 어떤 모양으로 원하는지 알 수 없어요.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좋은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“발표 자료로 쓸 거야(목적). 초6 친구들이 알기 쉽게(대상) 티라노사우루스의 특징 3가지를 표로 정리해 줘(형식).”</w:t>
            </w:r>
          </w:p>
        </w:tc>
      </w:tr>
      <w:tr>
        <w:trPr>
          <w:cantSplit/>
        </w:trPr>
        <w:tc>
          <w:tcPr>
            <w:tcW w:type="dxa" w:w="226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더 연습해 볼 질문</w:t>
            </w:r>
          </w:p>
        </w:tc>
        <w:tc>
          <w:tcPr>
            <w:tcW w:type="dxa" w:w="759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“물의 순환을 초등학교 6학년이 이해하기 쉽게 4단계로 설명해 줘.”</w:t>
              <w:br/>
              <w:t>“독서 감상문을 쓰기 전에 내 생각을 정리할 수 있는 질문 5개를 만들어 줘.”</w:t>
            </w: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cal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좋은 프롬프트의 세 재료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814"/>
        <w:gridCol w:w="4025"/>
        <w:gridCol w:w="4025"/>
      </w:tblGrid>
      <w:tr>
        <w:trPr>
          <w:cantSplit/>
          <w:tblHeader/>
        </w:trPr>
        <w:tc>
          <w:tcPr>
            <w:tcW w:type="dxa" w:w="181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재료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묻는 것</w:t>
            </w:r>
          </w:p>
        </w:tc>
        <w:tc>
          <w:tcPr>
            <w:tcW w:type="dxa" w:w="402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10" w:type="dxa"/>
              <w:left w:w="160" w:type="dxa"/>
              <w:bottom w:w="110" w:type="dxa"/>
              <w:right w:w="16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넣는 말의 예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목적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왜 필요해요?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“발표 자료로 쓸 거야.”, “시험 공부용이야.”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대상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누구에게 맞춰요?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“초6 친구들이 알기 쉽게”, “동생에게 설명하듯”</w:t>
            </w:r>
          </w:p>
        </w:tc>
      </w:tr>
      <w:tr>
        <w:trPr>
          <w:cantSplit/>
        </w:trPr>
        <w:tc>
          <w:tcPr>
            <w:tcW w:type="dxa" w:w="181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  <w:jc w:val="center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형식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어떤 모양으로요?</w:t>
            </w:r>
          </w:p>
        </w:tc>
        <w:tc>
          <w:tcPr>
            <w:tcW w:type="dxa" w:w="402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>
            <w:pPr>
              <w:widowControl/>
              <w:spacing w:before="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“표로”, “3줄 요약으로”, “번호 목록으로”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생각해 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“날씨 알려 줘.”를 목적·대상·형식을 넣어 고쳐 써 보세요.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예: 소풍 준비용, 초6 눈높이, 시간대별 표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har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질문을 고치기 전과 후, 원하는 답에 가까웠던 정도 (예시)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widowControl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616000" cy="26647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rt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6000" cy="26647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spacing w:before="80" w:after="0" w:line="324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※ 한 학생이 매긴 점수를 예로 든 숫자예요. 질문을 잘해도 답이 틀릴 수 있어 확인은 꼭 필요해요.</w:t>
            </w:r>
          </w:p>
        </w:tc>
      </w:tr>
    </w:tbl>
    <w:p>
      <w:pPr>
        <w:widowControl/>
        <w:spacing w:before="0" w:after="0" w:line="24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60" w:type="dxa"/>
              <w:left w:w="260" w:type="dxa"/>
              <w:bottom w:w="160" w:type="dxa"/>
              <w:right w:w="260" w:type="dxa"/>
            </w:tcMar>
          </w:tcPr>
          <w:p>
            <w:pPr>
              <w:widowControl/>
              <w:spacing w:before="0" w:after="40" w:line="34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19"/>
                <w:shd w:val="clear" w:color="auto" w:fill="1D5DA6"/>
              </w:rPr>
              <w:t xml:space="preserve"> 그래프 읽기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재료를 더할수록 점수는 어떻게 바뀌었나요? 9점이어도 해야 할 일은 무엇일까요?</w:t>
            </w:r>
          </w:p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이 그래프는 예시 데이터예요. 점수와 정확함은 다르다는 점도 생각해 봐요.</w:t>
            </w:r>
          </w:p>
          <w:tbl>
            <w:tblPr>
              <w:tblW w:w="92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230"/>
            </w:tblGrid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230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left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544"/>
        <w:gridCol w:w="9321"/>
      </w:tblGrid>
      <w:tr>
        <w:trPr>
          <w:cantSplit/>
        </w:trPr>
        <w:tc>
          <w:tcPr>
            <w:tcW w:type="dxa" w:w="54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" cy="2376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glossary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" cy="23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20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/>
              <w:widowControl/>
              <w:spacing w:before="0" w:after="0" w:line="276" w:lineRule="auto"/>
              <w:ind w:left="68"/>
            </w:pPr>
            <w:r>
              <w:rPr>
                <w:rFonts w:ascii="Pretendard" w:hAnsi="Pretendard" w:eastAsia="Pretendard" w:cs="Pretendard"/>
                <w:b/>
                <w:color w:val="1D5DA6"/>
                <w:sz w:val="28"/>
              </w:rPr>
              <w:t>꼭 알아야 할 단어</w:t>
            </w:r>
          </w:p>
        </w:tc>
      </w:tr>
    </w:tbl>
    <w:p>
      <w:pPr>
        <w:keepNext/>
        <w:widowControl/>
        <w:spacing w:before="0" w:after="0" w:line="1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프롬프트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prompt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AI에게 주는 질문이나 요청 글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2F7FD6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tbl>
            <w:tblPr>
              <w:tblW w:w="9242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2268"/>
              <w:gridCol w:w="6974"/>
            </w:tblGrid>
            <w:tr>
              <w:trPr>
                <w:cantSplit/>
              </w:trPr>
              <w:tc>
                <w:tcPr>
                  <w:tcW w:type="dxa" w:w="226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276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형식</w:t>
                  </w:r>
                </w:p>
                <w:p>
                  <w:pPr>
                    <w:widowControl/>
                    <w:spacing w:before="0" w:after="0" w:line="264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>format</w:t>
                  </w:r>
                </w:p>
              </w:tc>
              <w:tc>
                <w:tcPr>
                  <w:tcW w:type="dxa" w:w="697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widowControl/>
                    <w:spacing w:before="0" w:after="0" w:line="336" w:lineRule="auto"/>
                  </w:pPr>
                  <w:r>
                    <w:rPr>
                      <w:rFonts w:ascii="Pretendard" w:hAnsi="Pretendard" w:eastAsia="Pretendard" w:cs="Pretendard"/>
                      <w:b w:val="0"/>
                      <w:color w:val="1D2633"/>
                      <w:sz w:val="24"/>
                    </w:rPr>
                    <w:t>답의 모양 (표, 목록, 요약 등)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pencil.png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직접 해보기 미션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손과 눈으로 직접 확인해 봐요.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FFB547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220" w:type="dxa"/>
              <w:left w:w="300" w:type="dxa"/>
              <w:bottom w:w="240" w:type="dxa"/>
              <w:right w:w="300" w:type="dxa"/>
            </w:tcMar>
          </w:tcPr>
          <w:p>
            <w:pPr>
              <w:widowControl/>
              <w:spacing w:before="0" w:after="120" w:line="288" w:lineRule="auto"/>
            </w:pPr>
            <w:r>
              <w:rPr>
                <w:rFonts w:ascii="Pretendard" w:hAnsi="Pretendard" w:eastAsia="Pretendard" w:cs="Pretendard"/>
                <w:b/>
                <w:color w:val="8A4F0A"/>
                <w:sz w:val="28"/>
              </w:rPr>
              <w:t>아쉬운 질문을 좋은 질문으로 고치기</w:t>
            </w:r>
          </w:p>
          <w:p>
            <w:pPr>
              <w:widowControl/>
              <w:spacing w:before="0" w:after="120" w:line="384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종이에 아쉬운 질문 세 개를 적고,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목적·대상·형식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을 넣어 좋은 질문으로 고쳐 써 보세요. (예: “우주 알려 줘” → “과학 시간 발표용으로, 우리 반 친구들이 알기 쉽게 태양계 행성 8개를 크기 순서로 목록을 만들어 줘.”)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1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아쉬운 질문 세 개를 왼쪽 칸에 적어요.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2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목적·대상·형식을 넣어 오른쪽 칸에 고쳐 써요.</w:t>
            </w:r>
          </w:p>
          <w:p>
            <w:pPr>
              <w:widowControl/>
              <w:spacing w:before="0" w:after="40" w:line="360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3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해 볼 수 있다면 보호자나 선생님과 함께, 나이 기준에 맞는 서비스에서 고치기 전과 후의 답을 비교해요.</w:t>
            </w:r>
          </w:p>
          <w:p>
            <w:pPr>
              <w:widowControl/>
              <w:spacing w:before="60" w:after="40" w:line="324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19"/>
              </w:rPr>
              <w:t xml:space="preserve">※  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>AI 챗봇은 쓸 수 있는 나이가 정해진 경우가 많아요. 쓰기 전에 보호자나 선생님께 먼저 물어보고, 개인 정보는 넣지 않아요.</w:t>
            </w:r>
          </w:p>
          <w:p>
            <w:pPr>
              <w:keepNext/>
              <w:widowControl/>
              <w:spacing w:before="160" w:after="80" w:line="28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기록표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020"/>
              <w:gridCol w:w="2471"/>
              <w:gridCol w:w="5437"/>
            </w:tblGrid>
            <w:tr>
              <w:trPr>
                <w:cantSplit/>
              </w:trPr>
              <w:tc>
                <w:tcPr>
                  <w:tcW w:type="dxa" w:w="1020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</w:r>
                </w:p>
              </w:tc>
              <w:tc>
                <w:tcPr>
                  <w:tcW w:type="dxa" w:w="2471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아쉬운 질문</w:t>
                  </w:r>
                </w:p>
              </w:tc>
              <w:tc>
                <w:tcPr>
                  <w:tcW w:type="dxa" w:w="5437"/>
                  <w:tcBorders>
                    <w:top w:val="single" w:sz="4" w:space="0" w:color="1D5DA6"/>
                    <w:left w:val="single" w:sz="4" w:space="0" w:color="1D5DA6"/>
                    <w:bottom w:val="single" w:sz="4" w:space="0" w:color="1D5DA6"/>
                    <w:right w:val="single" w:sz="4" w:space="0" w:color="1D5DA6"/>
                  </w:tcBorders>
                  <w:shd w:val="clear" w:color="auto" w:fill="1D5DA6"/>
                  <w:tcMar>
                    <w:top w:w="80" w:type="dxa"/>
                    <w:left w:w="80" w:type="dxa"/>
                    <w:bottom w:w="80" w:type="dxa"/>
                    <w:right w:w="80" w:type="dxa"/>
                  </w:tcMar>
                  <w:vAlign w:val="center"/>
                </w:tcPr>
                <w:p>
                  <w:pPr>
                    <w:widowControl/>
                    <w:spacing w:before="0" w:after="0" w:line="264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FFFFFF"/>
                      <w:sz w:val="22"/>
                    </w:rPr>
                    <w:t>좋은 질문 (목적·대상·형식)</w:t>
                  </w: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질문 1</w:t>
                  </w: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543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질문 2</w:t>
                  </w: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543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  <w:tr>
              <w:trPr>
                <w:cantSplit/>
                <w:trHeight w:val="1020" w:hRule="exact"/>
              </w:trPr>
              <w:tc>
                <w:tcPr>
                  <w:tcW w:type="dxa" w:w="1020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shd w:val="clear" w:color="auto" w:fill="E3E9F1"/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질문 3</w:t>
                  </w:r>
                </w:p>
              </w:tc>
              <w:tc>
                <w:tcPr>
                  <w:tcW w:type="dxa" w:w="2471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  <w:tc>
                <w:tcPr>
                  <w:tcW w:type="dxa" w:w="5437"/>
                  <w:tcBorders>
                    <w:top w:val="single" w:sz="4" w:space="0" w:color="9DACC2"/>
                    <w:left w:val="single" w:sz="4" w:space="0" w:color="9DACC2"/>
                    <w:bottom w:val="single" w:sz="4" w:space="0" w:color="9DACC2"/>
                    <w:right w:val="single" w:sz="4" w:space="0" w:color="9DACC2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  <w:vAlign w:val="center"/>
                </w:tcPr>
                <w:p>
                  <w:pPr>
                    <w:widowControl/>
                    <w:spacing w:before="0" w:after="0" w:line="240" w:lineRule="auto"/>
                    <w:jc w:val="center"/>
                  </w:pPr>
                </w:p>
              </w:tc>
            </w:tr>
          </w:tbl>
          <w:p>
            <w:pPr>
              <w:keepNext/>
              <w:widowControl/>
              <w:spacing w:before="240" w:after="0" w:line="324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고친 질문에서 가장 도움이 된 재료는 무엇이었나요?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keepNext/>
              <w:widowControl/>
              <w:spacing w:before="240" w:after="0" w:line="240" w:lineRule="auto"/>
            </w:pPr>
            <w:r>
              <w:rPr>
                <w:rFonts w:ascii="Pretendard" w:hAnsi="Pretendard" w:eastAsia="Pretendard" w:cs="Pretendard"/>
                <w:sz w:val="8"/>
              </w:rPr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4323"/>
              <w:gridCol w:w="283"/>
              <w:gridCol w:w="4323"/>
            </w:tblGrid>
            <w:tr>
              <w:trPr>
                <w:cantSplit/>
                <w:trHeight w:val="1701" w:hRule="atLeast"/>
              </w:trPr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친구가 고친 질문 중 좋았던 것</w:t>
                  </w:r>
                </w:p>
              </w:tc>
              <w:tc>
                <w:tcPr>
                  <w:tcW w:type="dxa" w:w="28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widowControl/>
                    <w:spacing w:before="0" w:after="0" w:line="20" w:lineRule="exact"/>
                  </w:pPr>
                </w:p>
              </w:tc>
              <w:tc>
                <w:tcPr>
                  <w:tcW w:type="dxa" w:w="4323"/>
                  <w:tcBorders>
                    <w:top w:val="single" w:sz="6" w:space="0" w:color="9DACC2"/>
                    <w:left w:val="single" w:sz="6" w:space="0" w:color="9DACC2"/>
                    <w:bottom w:val="single" w:sz="6" w:space="0" w:color="9DACC2"/>
                    <w:right w:val="single" w:sz="6" w:space="0" w:color="9DACC2"/>
                  </w:tcBorders>
                  <w:shd w:val="clear" w:color="auto" w:fill="EDF3FA"/>
                  <w:tcMar>
                    <w:top w:w="140" w:type="dxa"/>
                    <w:left w:w="180" w:type="dxa"/>
                    <w:bottom w:w="140" w:type="dxa"/>
                    <w:right w:w="180" w:type="dxa"/>
                  </w:tcMar>
                  <w:vAlign w:val="top"/>
                </w:tcPr>
                <w:p>
                  <w:pPr>
                    <w:widowControl/>
                    <w:spacing w:before="0" w:after="0" w:line="288" w:lineRule="auto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22"/>
                    </w:rPr>
                    <w:t>내 질문에 더 넣고 싶은 것</w:t>
                  </w:r>
                </w:p>
              </w:tc>
            </w:tr>
          </w:tbl>
          <w:p>
            <w:pPr>
              <w:widowControl/>
              <w:spacing w:before="240" w:after="0" w:line="336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1200" cy="1512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" cy="151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8A4F0A"/>
                <w:sz w:val="24"/>
              </w:rPr>
              <w:t xml:space="preserve">  정리 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>목적·대상·형식을 또렷하게 알려 줄수록 원하는 답에 가까워져요. 그래도 답은 꼭 확인해요.</w:t>
            </w: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quiz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확인 퀴즈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스스로 풀고, 정답은 마지막 쪽에서 확인해요.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1.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O/X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AI에게는 짧고 막연하게 물을수록 원하는 답을 얻기 쉽다.</w:t>
            </w:r>
          </w:p>
          <w:p>
            <w:pPr>
              <w:widowControl/>
              <w:spacing w:before="0" w:after="0" w:line="312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O              </w:t>
            </w: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4"/>
              </w:rPr>
              <w:t xml:space="preserve">  X              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2.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고르기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좋은 프롬프트에 넣을 재료가 아닌 것은?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① 목적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② 대상</w:t>
            </w:r>
          </w:p>
          <w:p>
            <w:pPr>
              <w:widowControl/>
              <w:spacing w:before="0" w:after="20" w:line="336" w:lineRule="auto"/>
              <w:ind w:left="340"/>
            </w:pPr>
            <w:r>
              <w:drawing>
                <wp:inline xmlns:a="http://schemas.openxmlformats.org/drawingml/2006/main" xmlns:pic="http://schemas.openxmlformats.org/drawingml/2006/picture">
                  <wp:extent cx="144000" cy="144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box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" cy="1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 ③ 내 비밀번호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3.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빈칸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표, 목록, 요약처럼 답의 모양을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  <w:u w:val="thick" w:color="1D5DA6"/>
                <w:shd w:val="clear" w:color="auto" w:fill="EDF3FA"/>
              </w:rPr>
              <w:t xml:space="preserve">　　　　　　　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>(이)라고 해요.</w:t>
            </w:r>
          </w:p>
        </w:tc>
      </w:tr>
    </w:tbl>
    <w:p>
      <w:pPr>
        <w:widowControl/>
        <w:spacing w:before="0" w:after="0" w:line="1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FFFFFF"/>
            <w:tcMar>
              <w:top w:w="150" w:type="dxa"/>
              <w:left w:w="260" w:type="dxa"/>
              <w:bottom w:w="150" w:type="dxa"/>
              <w:right w:w="260" w:type="dxa"/>
            </w:tcMar>
          </w:tcPr>
          <w:p>
            <w:pPr>
              <w:widowControl/>
              <w:spacing w:before="0" w:after="60" w:line="348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 xml:space="preserve">4. </w:t>
            </w:r>
            <w:r>
              <w:rPr>
                <w:rFonts w:ascii="Pretendard" w:hAnsi="Pretendard" w:eastAsia="Pretendard" w:cs="Pretendard"/>
                <w:b/>
                <w:color w:val="1D5DA6"/>
                <w:sz w:val="19"/>
                <w:bdr w:val="single" w:sz="4" w:space="0" w:color="9DACC2"/>
                <w:shd w:val="clear" w:color="auto" w:fill="E2EEFB"/>
              </w:rPr>
              <w:t xml:space="preserve"> 쓰기 </w:t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“숙제 도와줘.”를 목적·대상·형식을 넣은 좋은 질문으로 고쳐 써 보세요.</w:t>
            </w:r>
          </w:p>
          <w:tbl>
            <w:tblPr>
              <w:tblW w:w="9344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9344"/>
            </w:tblGrid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9343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8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36" w:space="0" w:color="1D5DA6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200" w:type="dxa"/>
              <w:left w:w="300" w:type="dxa"/>
              <w:bottom w:w="220" w:type="dxa"/>
              <w:right w:w="300" w:type="dxa"/>
            </w:tcMar>
          </w:tcPr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78"/>
              <w:gridCol w:w="8351"/>
            </w:tblGrid>
            <w:tr>
              <w:trPr>
                <w:cantSplit/>
              </w:trPr>
              <w:tc>
                <w:tcPr>
                  <w:tcW w:type="dxa" w:w="578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59200" cy="259200"/>
                        <wp:docPr id="27" name="Picture 2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stairs.png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9200" cy="2592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351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0"/>
                    </w:rPr>
                    <w:t>중2 한 걸음 더</w:t>
                  </w:r>
                </w:p>
                <w:p>
                  <w:pPr>
                    <w:keepNext/>
                    <w:widowControl/>
                    <w:spacing w:before="2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475366"/>
                      <w:sz w:val="22"/>
                    </w:rPr>
                    <w:t>대화를 이어 가며 다듬기</w:t>
                  </w:r>
                </w:p>
              </w:tc>
            </w:tr>
          </w:tbl>
          <w:p>
            <w:pPr>
              <w:widowControl/>
              <w:spacing w:before="16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한 번에 완벽한 질문을 만들기는 어려워요. 첫 답을 보고 “더 짧게”, “예를 하나 더 들어 줘”처럼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대화를 이어 가며 다듬는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것이 좋아요.</w:t>
            </w:r>
          </w:p>
          <w:p>
            <w:pPr>
              <w:widowControl/>
              <w:spacing w:before="100" w:after="0" w:line="37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반대로 조건을 너무 많이, 길게 섞으면 AI가 일부를 놓치기도 해요. </w:t>
            </w:r>
            <w:r>
              <w:rPr>
                <w:rFonts w:ascii="Pretendard" w:hAnsi="Pretendard" w:eastAsia="Pretendard" w:cs="Pretendard"/>
                <w:b/>
                <w:color w:val="1D5DA6"/>
                <w:sz w:val="24"/>
              </w:rPr>
              <w:t>중요한 조건은 앞쪽에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4"/>
              </w:rPr>
              <w:t xml:space="preserve"> 쓰고, 여러 개라면 번호를 붙여 목록으로 쓰면 덜 놓쳐요. 그리고 질문을 아무리 잘해도 AI의 답이 틀릴 수 있다는 점은 변하지 않아요.</w:t>
            </w:r>
          </w:p>
          <w:p>
            <w:pPr>
              <w:keepNext/>
              <w:widowControl/>
              <w:spacing w:before="180" w:after="0" w:line="336" w:lineRule="auto"/>
              <w:ind w:left="255" w:hanging="255"/>
            </w:pPr>
            <w:r>
              <w:drawing>
                <wp:inline xmlns:a="http://schemas.openxmlformats.org/drawingml/2006/main" xmlns:pic="http://schemas.openxmlformats.org/drawingml/2006/picture">
                  <wp:extent cx="93600" cy="936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ot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" cy="93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1D2633"/>
                <w:sz w:val="24"/>
              </w:rPr>
              <w:t xml:space="preserve">  생각해 봐요: 첫 답이 너무 어려웠다면, 이어서 어떤 말로 다듬어 달라고 할까요?</w:t>
            </w:r>
          </w:p>
          <w:tbl>
            <w:tblPr>
              <w:tblW w:w="8930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930"/>
            </w:tblGrid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567" w:hRule="exact"/>
              </w:trPr>
              <w:tc>
                <w:tcPr>
                  <w:tcW w:type="dxa" w:w="8929"/>
                  <w:tcBorders>
                    <w:top w:val="nil"/>
                    <w:left w:val="nil"/>
                    <w:bottom w:val="dashed" w:sz="6" w:space="0" w:color="9DACC2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widowControl/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widowControl/>
        <w:spacing w:before="0" w:after="0" w:line="20" w:lineRule="exact"/>
      </w:pPr>
      <w:r>
        <w:br w:type="page"/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single" w:sz="6" w:space="0" w:color="9DACC2"/>
              <w:left w:val="single" w:sz="6" w:space="0" w:color="9DACC2"/>
              <w:bottom w:val="single" w:sz="6" w:space="0" w:color="9DACC2"/>
              <w:right w:val="single" w:sz="6" w:space="0" w:color="9DACC2"/>
            </w:tcBorders>
            <w:shd w:val="clear" w:color="auto" w:fill="E2EEFB"/>
            <w:tcMar>
              <w:top w:w="130" w:type="dxa"/>
              <w:left w:w="220" w:type="dxa"/>
              <w:bottom w:w="130" w:type="dxa"/>
              <w:right w:w="220" w:type="dxa"/>
            </w:tcMar>
          </w:tcPr>
          <w:tbl>
            <w:tblPr>
              <w:tblW w:w="9423" w:type="dxa"/>
              <w:jc w:val="left"/>
              <w:tblLayout w:type="fixed"/>
              <w:tblCellMar>
                <w:left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623"/>
              <w:gridCol w:w="8799"/>
            </w:tblGrid>
            <w:tr>
              <w:trPr>
                <w:cantSplit/>
              </w:trPr>
              <w:tc>
                <w:tcPr>
                  <w:tcW w:type="dxa" w:w="624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40" w:lineRule="auto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288000" cy="288000"/>
                        <wp:docPr id="29" name="Picture 2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con_glossary.png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8000" cy="28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8799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keepNext/>
                    <w:widowControl/>
                    <w:spacing w:before="0" w:after="0" w:line="276" w:lineRule="auto"/>
                    <w:ind w:left="68"/>
                  </w:pPr>
                  <w:r>
                    <w:rPr>
                      <w:rFonts w:ascii="Pretendard" w:hAnsi="Pretendard" w:eastAsia="Pretendard" w:cs="Pretendard"/>
                      <w:b/>
                      <w:color w:val="1D5DA6"/>
                      <w:sz w:val="36"/>
                    </w:rPr>
                    <w:t>용어 정리</w:t>
                  </w:r>
                  <w:r>
                    <w:rPr>
                      <w:rFonts w:ascii="Pretendard" w:hAnsi="Pretendard" w:eastAsia="Pretendard" w:cs="Pretendard"/>
                      <w:b w:val="0"/>
                      <w:color w:val="586274"/>
                      <w:sz w:val="20"/>
                    </w:rPr>
                    <w:t xml:space="preserve">   이번 시간에 나온 어려운 말을 모았어요.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/>
        <w:widowControl/>
        <w:spacing w:before="0" w:after="0" w:line="20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757"/>
        <w:gridCol w:w="2097"/>
        <w:gridCol w:w="3515"/>
        <w:gridCol w:w="2494"/>
      </w:tblGrid>
      <w:tr>
        <w:trPr>
          <w:cantSplit/>
          <w:tblHeader/>
        </w:trPr>
        <w:tc>
          <w:tcPr>
            <w:tcW w:type="dxa" w:w="1757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용어</w:t>
            </w:r>
          </w:p>
        </w:tc>
        <w:tc>
          <w:tcPr>
            <w:tcW w:type="dxa" w:w="2098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영어</w:t>
            </w:r>
          </w:p>
        </w:tc>
        <w:tc>
          <w:tcPr>
            <w:tcW w:type="dxa" w:w="3515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쉽게 말하면</w:t>
            </w:r>
          </w:p>
        </w:tc>
        <w:tc>
          <w:tcPr>
            <w:tcW w:type="dxa" w:w="2494"/>
            <w:tcBorders>
              <w:top w:val="single" w:sz="4" w:space="0" w:color="1D5DA6"/>
              <w:left w:val="single" w:sz="4" w:space="0" w:color="1D5DA6"/>
              <w:bottom w:val="single" w:sz="4" w:space="0" w:color="1D5DA6"/>
              <w:right w:val="single" w:sz="4" w:space="0" w:color="1D5DA6"/>
            </w:tcBorders>
            <w:shd w:val="clear" w:color="auto" w:fill="1D5DA6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widowControl/>
              <w:spacing w:before="0" w:after="0" w:line="288" w:lineRule="auto"/>
            </w:pPr>
            <w:r>
              <w:rPr>
                <w:rFonts w:ascii="Pretendard" w:hAnsi="Pretendard" w:eastAsia="Pretendard" w:cs="Pretendard"/>
                <w:b/>
                <w:color w:val="FFFFFF"/>
                <w:sz w:val="22"/>
              </w:rPr>
              <w:t>예시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프롬프트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prompt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AI에게 주는 질문이나 요청 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“표로 정리해 줘.”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목적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purpose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무엇 때문에 하는지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발표 자료용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대상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audience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누구에게 맞추는지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초6 친구들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형식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format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답의 모양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표, 목록, 요약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막연하다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vague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뚜렷하지 않고 흐릿하다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“공룡 알려 줘.”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조건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condition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꼭 지켜야 할 약속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3가지만, 쉬운 말로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요약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summary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중요한 내용만 짧게 줄이기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3줄 요약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챗봇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chatbot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글로 대화하는 프로그램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AI 대화 서비스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나이 제한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age limit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정해진 나이 이상만 쓸 수 있게 한 규칙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쓰기 전 보호자에게 묻기</w:t>
            </w:r>
          </w:p>
        </w:tc>
      </w:tr>
      <w:tr>
        <w:trPr>
          <w:cantSplit/>
        </w:trPr>
        <w:tc>
          <w:tcPr>
            <w:tcW w:type="dxa" w:w="1757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/>
                <w:color w:val="1D5DA6"/>
                <w:sz w:val="22"/>
              </w:rPr>
              <w:t>개인 정보</w:t>
            </w:r>
          </w:p>
        </w:tc>
        <w:tc>
          <w:tcPr>
            <w:tcW w:type="dxa" w:w="2098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586274"/>
                <w:sz w:val="22"/>
              </w:rPr>
              <w:t>personal information</w:t>
            </w:r>
          </w:p>
        </w:tc>
        <w:tc>
          <w:tcPr>
            <w:tcW w:type="dxa" w:w="3515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누구인지 알 수 있는 정보</w:t>
            </w:r>
          </w:p>
        </w:tc>
        <w:tc>
          <w:tcPr>
            <w:tcW w:type="dxa" w:w="2494"/>
            <w:tcBorders>
              <w:top w:val="single" w:sz="4" w:space="0" w:color="C8D0DB"/>
              <w:left w:val="single" w:sz="4" w:space="0" w:color="C8D0DB"/>
              <w:bottom w:val="single" w:sz="4" w:space="0" w:color="C8D0DB"/>
              <w:right w:val="single" w:sz="4" w:space="0" w:color="C8D0DB"/>
            </w:tcBorders>
            <w:shd w:val="clear" w:color="auto" w:fill="E3E9F1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>
            <w:pPr>
              <w:widowControl/>
              <w:spacing w:before="0" w:after="0" w:line="312" w:lineRule="auto"/>
            </w:pP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이름, 학교, 비밀번호</w:t>
            </w:r>
          </w:p>
        </w:tc>
      </w:tr>
    </w:tbl>
    <w:p>
      <w:pPr>
        <w:widowControl/>
        <w:spacing w:before="0" w:after="0" w:line="320" w:lineRule="exact"/>
      </w:pPr>
      <w:r>
        <w:rPr>
          <w:rFonts w:ascii="Pretendard" w:hAnsi="Pretendard" w:eastAsia="Pretendard" w:cs="Pretendard"/>
          <w:sz w:val="4"/>
        </w:rPr>
      </w:r>
    </w:p>
    <w:tbl>
      <w:tblPr>
        <w:tblW w:w="9865" w:type="dxa"/>
        <w:jc w:val="center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tcBorders>
              <w:top w:val="dashed" w:sz="6" w:space="0" w:color="586274"/>
              <w:left w:val="dashed" w:sz="6" w:space="0" w:color="586274"/>
              <w:bottom w:val="dashed" w:sz="6" w:space="0" w:color="586274"/>
              <w:right w:val="dashed" w:sz="6" w:space="0" w:color="586274"/>
            </w:tcBorders>
            <w:shd w:val="clear" w:color="auto" w:fill="FAFAF7"/>
            <w:tcMar>
              <w:top w:w="170" w:type="dxa"/>
              <w:left w:w="260" w:type="dxa"/>
              <w:bottom w:w="170" w:type="dxa"/>
              <w:right w:w="260" w:type="dxa"/>
            </w:tcMar>
          </w:tcPr>
          <w:p>
            <w:pPr>
              <w:widowControl/>
              <w:spacing w:before="0" w:after="100" w:line="288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158400" cy="158400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key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58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etendard" w:hAnsi="Pretendard" w:eastAsia="Pretendard" w:cs="Pretendard"/>
                <w:b/>
                <w:color w:val="475366"/>
                <w:sz w:val="26"/>
              </w:rPr>
              <w:t xml:space="preserve">  정답과 풀이</w:t>
            </w:r>
            <w:r>
              <w:rPr>
                <w:rFonts w:ascii="Pretendard" w:hAnsi="Pretendard" w:eastAsia="Pretendard" w:cs="Pretendard"/>
                <w:b w:val="0"/>
                <w:color w:val="586274"/>
                <w:sz w:val="19"/>
              </w:rPr>
              <w:t xml:space="preserve">   퀴즈를 다 푼 다음에 확인해요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1. X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목적·대상·형식을 또렷하게 알려 줄수록 원하는 답에 가까워져요.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2. ③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비밀번호 같은 개인 정보는 절대 넣지 않아요.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>3. 형식(format)</w:t>
            </w:r>
            <w:r>
              <w:rPr>
                <w:rFonts w:ascii="Pretendard" w:hAnsi="Pretendard" w:eastAsia="Pretendard" w:cs="Pretendard"/>
                <w:b w:val="0"/>
                <w:color w:val="475366"/>
                <w:sz w:val="22"/>
              </w:rPr>
              <w:t xml:space="preserve">  — “표로 정리해 줘”는 형식을 알려 주는 말이에요.</w:t>
            </w:r>
          </w:p>
          <w:p>
            <w:pPr>
              <w:widowControl/>
              <w:spacing w:before="0" w:after="40" w:line="348" w:lineRule="auto"/>
              <w:ind w:left="283" w:hanging="283"/>
            </w:pPr>
            <w:r>
              <w:rPr>
                <w:rFonts w:ascii="Pretendard" w:hAnsi="Pretendard" w:eastAsia="Pretendard" w:cs="Pretendard"/>
                <w:b/>
                <w:color w:val="1D2633"/>
                <w:sz w:val="22"/>
              </w:rPr>
              <w:t xml:space="preserve">4. (예시 답) </w:t>
            </w:r>
            <w:r>
              <w:rPr>
                <w:rFonts w:ascii="Pretendard" w:hAnsi="Pretendard" w:eastAsia="Pretendard" w:cs="Pretendard"/>
                <w:b w:val="0"/>
                <w:color w:val="1D2633"/>
                <w:sz w:val="22"/>
              </w:rPr>
              <w:t>“사회 숙제로 조사 계획을 세우려고 해. 초6이 이해하기 쉽게 조사 순서를 5단계 목록으로 알려 줘.”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altName w:val="Malgun Gothic"/>
    <w:charset w:val="81"/>
    <w:family w:val="swiss"/>
    <w:pitch w:val="variable"/>
    <w:embedRegular r:id="rIdF1" w:fontKey="{DB0C199D-B0AB-4795-A479-183C558C4A40}"/>
    <w:embedBold r:id="rIdF2" w:fontKey="{83303D78-5648-4DF8-BFC6-269D5037D6AF}"/>
  </w:font>
  <w:font w:name="Malgun Gothic">
    <w:altName w:val="맑은 고딕"/>
    <w:charset w:val="81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widowControl/>
      <w:spacing w:before="0" w:after="0" w:line="240" w:lineRule="auto"/>
      <w:jc w:val="center"/>
    </w:pPr>
    <w:r>
      <w:rPr>
        <w:rFonts w:ascii="Pretendard" w:hAnsi="Pretendard" w:eastAsia="Pretendard" w:cs="Pretendard"/>
        <w:b w:val="0"/>
        <w:color w:val="586274"/>
        <w:sz w:val="19"/>
      </w:rPr>
      <w:t xml:space="preserve">중급 17  ·  </w:t>
    </w:r>
    <w:r>
      <w:rPr>
        <w:rFonts w:ascii="Pretendard" w:hAnsi="Pretendard" w:eastAsia="Pretendard" w:cs="Pretendard"/>
        <w:b/>
        <w:color w:val="1D5DA6"/>
        <w:sz w:val="20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865" w:type="dxa"/>
      <w:jc w:val="center"/>
      <w:tblLayout w:type="fixed"/>
      <w:tblCellMar>
        <w:left w:w="0" w:type="dxa"/>
        <w:right w:w="0" w:type="dxa"/>
      </w:tblCellMar>
      <w:tblLook w:firstColumn="1" w:firstRow="1" w:lastColumn="0" w:lastRow="0" w:noHBand="0" w:noVBand="1" w:val="04A0"/>
    </w:tblPr>
    <w:tblGrid>
      <w:gridCol w:w="7597"/>
      <w:gridCol w:w="2268"/>
    </w:tblGrid>
    <w:tr>
      <w:trPr>
        <w:cantSplit/>
      </w:trPr>
      <w:tc>
        <w:tcPr>
          <w:tcW w:type="dxa" w:w="7597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</w:pPr>
          <w:r>
            <w:rPr>
              <w:rFonts w:ascii="Pretendard" w:hAnsi="Pretendard" w:eastAsia="Pretendard" w:cs="Pretendard"/>
              <w:b/>
              <w:color w:val="1D5DA6"/>
              <w:sz w:val="19"/>
            </w:rPr>
            <w:t>초6·중2 AI 교실</w:t>
          </w:r>
          <w:r>
            <w:rPr>
              <w:rFonts w:ascii="Pretendard" w:hAnsi="Pretendard" w:eastAsia="Pretendard" w:cs="Pretendard"/>
              <w:b w:val="0"/>
              <w:color w:val="586274"/>
              <w:sz w:val="19"/>
            </w:rPr>
            <w:t xml:space="preserve">   |   중급 17. 프롬프트 기초: AI에게 잘 물어보는 법</w:t>
          </w:r>
        </w:p>
      </w:tc>
      <w:tc>
        <w:tcPr>
          <w:tcW w:type="dxa" w:w="2268"/>
          <w:tcBorders>
            <w:top w:val="nil"/>
            <w:left w:val="nil"/>
            <w:bottom w:val="single" w:sz="6" w:space="0" w:color="9DACC2"/>
            <w:right w:val="nil"/>
          </w:tcBorders>
          <w:tcMar>
            <w:top w:w="0" w:type="dxa"/>
            <w:left w:w="0" w:type="dxa"/>
            <w:bottom w:w="50" w:type="dxa"/>
            <w:right w:w="0" w:type="dxa"/>
          </w:tcMar>
          <w:vAlign w:val="center"/>
        </w:tcPr>
        <w:p>
          <w:pPr>
            <w:widowControl/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909682" cy="12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ogaworks_logo_transpar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9682" cy="12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widowControl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retendard" w:hAnsi="Pretendard" w:eastAsia="Pretendard" w:cs="Pretendard"/>
        <w:sz w:val="22"/>
        <w:szCs w:val="22"/>
        <w:lang w:val="en-US" w:eastAsia="en-US" w:bidi="ar-SA"/>
      </w:rPr>
    </w:rPrDefault>
    <w:pPrDefault>
      <w:pPr>
        <w:wordWrap w:val="1"/>
        <w:autoSpaceDE w:val="0"/>
        <w:autoSpaceDN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wordWrap w:val="1"/>
      <w:autoSpaceDE w:val="0"/>
      <w:autoSpaceDN w:val="0"/>
      <w:spacing w:line="384" w:lineRule="auto" w:after="120"/>
    </w:pPr>
    <w:rPr>
      <w:rFonts w:ascii="Pretendard" w:hAnsi="Pretendard" w:eastAsia="Pretendard" w:cs="Pretendard"/>
      <w:color w:val="1D2633"/>
      <w:sz w:val="24"/>
      <w:lang w:val="ko-KR"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중급 17. 프롬프트 기초: AI에게 잘 물어보는 법</dc:title>
  <dc:subject/>
  <dc:creator>초6·중2 AI 교실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