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2EE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18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  <w:shd w:val="clear" w:color="auto" w:fill="FFFFFF"/>
              </w:rPr>
              <w:t xml:space="preserve">  중급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프롬프트 연습: 역할, 조건, 예시 넣기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역할(누구처럼), 조건(꼭 지킬 약속), 예시(본보기)를 넣어 봐요.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프롬프트의 세 도구(역할, 조건, 예시)를 구별할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역할·조건·예시를 넣어 질문을 고쳐 쓸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역할을 줘도 AI가 진짜 전문가가 되지 않는다는 것을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D5DA6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86274"/>
          <w:sz w:val="19"/>
        </w:rPr>
        <w:t>한눈에 보는 18강 — [역할] [조건] [예시] 표시를 찾아보세요.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프롬프트에 넣는 세 가지 도구를 하나씩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역할, 조건, 예시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/>
          <w:color w:val="1D5DA6"/>
          <w:sz w:val="24"/>
        </w:rPr>
        <w:t>역할(role)</w:t>
      </w:r>
      <w:r>
        <w:rPr>
          <w:rFonts w:ascii="Pretendard" w:hAnsi="Pretendard" w:eastAsia="Pretendard" w:cs="Pretendard"/>
          <w:b w:val="0"/>
          <w:color w:val="1D2633"/>
          <w:sz w:val="24"/>
        </w:rPr>
        <w:t>은 AI에게 맡기는 입장이나 직업이에요. “너는 초등 과학 선생님이야.”처럼 쓰면 말투와 관점이 정해져요.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/>
          <w:color w:val="1D5DA6"/>
          <w:sz w:val="24"/>
        </w:rPr>
        <w:t>조건(condition)</w:t>
      </w:r>
      <w:r>
        <w:rPr>
          <w:rFonts w:ascii="Pretendard" w:hAnsi="Pretendard" w:eastAsia="Pretendard" w:cs="Pretendard"/>
          <w:b w:val="0"/>
          <w:color w:val="1D2633"/>
          <w:sz w:val="24"/>
        </w:rPr>
        <w:t>은 꼭 지켜야 할 약속이에요. 개수, 길이, 말투 같은 것이에요. “O/X 퀴즈 3개를 쉬운 말로”처럼 써요.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/>
          <w:color w:val="1D5DA6"/>
          <w:sz w:val="24"/>
        </w:rPr>
        <w:t>예시(example)</w:t>
      </w:r>
      <w:r>
        <w:rPr>
          <w:rFonts w:ascii="Pretendard" w:hAnsi="Pretendard" w:eastAsia="Pretendard" w:cs="Pretendard"/>
          <w:b w:val="0"/>
          <w:color w:val="1D2633"/>
          <w:sz w:val="24"/>
        </w:rPr>
        <w:t>는 원하는 답의 본보기예요. “Q. 물은 0도에서 언다? (O)”처럼 보여 주면 AI가 그 모양을 따라 해요.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st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학예회 연극 준비로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학예회 연극에서 “너는 해설자야(역할). 3분 안에 끝내야 해(조건). 이렇게 말하면 돼(예시)” 하고 알려 주면 </w:t>
      </w:r>
      <w:r>
        <w:rPr>
          <w:rFonts w:ascii="Pretendard" w:hAnsi="Pretendard" w:eastAsia="Pretendard" w:cs="Pretendard"/>
          <w:b/>
          <w:color w:val="1D5DA6"/>
          <w:sz w:val="24"/>
        </w:rPr>
        <w:t>처음 맡은 친구도 훨씬 잘해요.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AI도 같아요. 역할을 정해 주면 말투와 관점이 정해지고, 조건을 주면 길이와 개수가 맞춰지고, </w:t>
      </w:r>
      <w:r>
        <w:rPr>
          <w:rFonts w:ascii="Pretendard" w:hAnsi="Pretendard" w:eastAsia="Pretendard" w:cs="Pretendard"/>
          <w:b/>
          <w:color w:val="1D5DA6"/>
          <w:sz w:val="24"/>
        </w:rPr>
        <w:t>예시를 보여 주면 답의 모양을 그대로 따라 해요.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프롬프트에 역할(누구처럼), 조건(꼭 지킬 약속), 예시(원하는 답의 본보기)를 넣으면 AI의 답이 원하는 모양에 훨씬 가까워져요. 그래도 내용이 맞는지는 꼭 확인해요.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pattern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생활 속에서 연습해요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수학 공부를 할 때 “너는 친절한 수학 선생님이야. 분수의 덧셈을 예시 2개로 설명해 줘. 정답은 바로 알려 주지 말고 힌트부터 줘.”라고 하면, 스스로 풀어 볼 기회가 생겨요.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모둠 여행 계획을 세울 때는 “| 장소 | 볼거리 | 걸리는 시간 |”처럼 표의 본보기를 넣으면 원하는 모양으로 정리돼요.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하지만 </w:t>
      </w:r>
      <w:r>
        <w:rPr>
          <w:rFonts w:ascii="Pretendard" w:hAnsi="Pretendard" w:eastAsia="Pretendard" w:cs="Pretendard"/>
          <w:b/>
          <w:color w:val="1D5DA6"/>
          <w:sz w:val="24"/>
        </w:rPr>
        <w:t>역할은 말투와 관점을 흉내 낼 뿐</w:t>
      </w:r>
      <w:r>
        <w:rPr>
          <w:rFonts w:ascii="Pretendard" w:hAnsi="Pretendard" w:eastAsia="Pretendard" w:cs="Pretendard"/>
          <w:b w:val="0"/>
          <w:color w:val="1D2633"/>
          <w:sz w:val="24"/>
        </w:rPr>
        <w:t>이에요. “너는 의사야”라고 해도 AI가 의사가 되지는 않아요. 내용은 꼭 확인해요.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 xml:space="preserve">  뒤에 나오는 ‘직접 해보기 미션’에서 세 질문에 역할·조건·예시를 넣어 고쳐 써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미리 고쳐 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“동시 써 줘.”에 조건을 하나 넣어 고쳐 써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예: 4줄로, 가을을 주제로, 쉬운 낱말로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숫자로 보는 18강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프롬프트의 세 도구: 역할(누구처럼), 조건(꼭 지킬 약속), 예시(본보기)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2F7FD6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54"/>
              </w:rPr>
              <w:t>0</w:t>
            </w:r>
            <w:r>
              <w:rPr>
                <w:rFonts w:ascii="Pretendard" w:hAnsi="Pretendard" w:eastAsia="Pretendard" w:cs="Pretendard"/>
                <w:b/>
                <w:color w:val="1D5DA6"/>
                <w:sz w:val="32"/>
              </w:rPr>
              <w:t>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보통 기압에서 물이 어는 온도. 원고의 퀴즈 예시에 나와요.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연극 비유 속 조건. 조건은 개수, 길이, 시간처럼 또렷하게 줘요.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D5DA6"/>
          <w:sz w:val="19"/>
        </w:rPr>
        <w:t>사실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아쉬운 질문과 좋은 질문을 비교해요.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그림으로 보는 비교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7597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질문</w:t>
            </w:r>
          </w:p>
        </w:tc>
        <w:tc>
          <w:tcPr>
            <w:tcW w:type="dxa" w:w="7597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예시와 살펴볼 점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아쉬운 질문</w:t>
            </w:r>
          </w:p>
        </w:tc>
        <w:tc>
          <w:tcPr>
            <w:tcW w:type="dxa" w:w="759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“과학 퀴즈 만들어 줘.” → 개수도, 난이도도, 문제 모양도 알 수 없어요.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좋은 질문</w:t>
            </w:r>
          </w:p>
        </w:tc>
        <w:tc>
          <w:tcPr>
            <w:tcW w:type="dxa" w:w="759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[역할] 너는 초등 과학 선생님이야.</w:t>
              <w:br/>
              <w:t>[조건] O/X 퀴즈 3개를 쉬운 말로 만들어 줘.</w:t>
              <w:br/>
              <w:t>[예시] Q. 물은 0도에서 언다? (O)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더 연습해 볼 질문</w:t>
            </w:r>
          </w:p>
        </w:tc>
        <w:tc>
          <w:tcPr>
            <w:tcW w:type="dxa" w:w="759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“너는 친절한 수학 선생님이야. 분수의 덧셈을 예시 2개로 설명해 줘. 정답은 바로 알려 주지 말고 힌트부터 줘.”</w:t>
              <w:br/>
              <w:t>“너는 여행 안내원이야. 경주에서 하루 동안 갈 곳 3곳을 표로 알려 줘. 예: | 장소 | 볼거리 | 걸리는 시간 |”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세 도구가 바꿔 주는 것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도구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바뀌는 것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조심할 점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역할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말투와 관점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진짜 전문가가 되는 것은 아니에요.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조건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길이, 개수, 말투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너무 많으면 일부를 놓치기도 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예시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답의 모양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예시와 너무 비슷한 답만 나오기도 해요.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“영어 단어 알려 줘.”에 역할·조건·예시를 모두 넣어 고쳐 써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예: [역할] 영어 선생님 [조건] 5개, 예문 포함 [예시] apple - 사과 - I ate an apple.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도구를 더할수록 원하는 모양에 맞은 답의 수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※ 이해를 도우려고 만든 예시 숫자예요. 모양이 맞아도 내용이 틀릴 수 있어 확인이 필요해요.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어떤 도구를 더했을 때 가장 많이 좋아졌나요? 모양이 맞으면 내용도 맞을까요?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이 그래프는 예시 데이터예요. 막대 사이의 차이를 비교해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역할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role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AI에게 맡기는 입장이나 직업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조건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condition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꼭 지켜야 할 약속 (개수, 길이, 말투)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예시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example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원하는 답의 본보기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FFB547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역할·조건·예시 넣어 고쳐 쓰기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종이에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“독후감 도와줘”, “영어 단어 알려 줘”, “운동 계획 짜 줘”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세 질문을 적고, 각각 역할·조건·예시를 넣어 고쳐 써 보세요. 친구와 바꿔 읽고 무엇이 빠졌는지 서로 알려 줘요.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세 질문마다 역할, 조건, 예시를 칸에 나눠 적어요.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친구와 바꿔 읽고 빠진 도구를 서로 알려 줘요.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해 볼 수 있다면 보호자나 선생님과 함께, 나이 기준에 맞는 서비스에서 결과를 비교해 봐요.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이름, 학교, 사진 같은 개인 정보는 넣지 않아요.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27"/>
              <w:gridCol w:w="2059"/>
              <w:gridCol w:w="2471"/>
              <w:gridCol w:w="2471"/>
            </w:tblGrid>
            <w:tr>
              <w:trPr>
                <w:cantSplit/>
              </w:trPr>
              <w:tc>
                <w:tcPr>
                  <w:tcW w:type="dxa" w:w="1928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2059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역할</w:t>
                  </w:r>
                </w:p>
              </w:tc>
              <w:tc>
                <w:tcPr>
                  <w:tcW w:type="dxa" w:w="2471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조건</w:t>
                  </w:r>
                </w:p>
              </w:tc>
              <w:tc>
                <w:tcPr>
                  <w:tcW w:type="dxa" w:w="2471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예시</w:t>
                  </w:r>
                </w:p>
              </w:tc>
            </w:tr>
            <w:tr>
              <w:trPr>
                <w:cantSplit/>
                <w:trHeight w:val="1020" w:hRule="exact"/>
              </w:trPr>
              <w:tc>
                <w:tcPr>
                  <w:tcW w:type="dxa" w:w="1928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독후감 도와줘</w:t>
                  </w:r>
                </w:p>
              </w:tc>
              <w:tc>
                <w:tcPr>
                  <w:tcW w:type="dxa" w:w="2059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47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47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1020" w:hRule="exact"/>
              </w:trPr>
              <w:tc>
                <w:tcPr>
                  <w:tcW w:type="dxa" w:w="1928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영어 단어 알려 줘</w:t>
                  </w:r>
                </w:p>
              </w:tc>
              <w:tc>
                <w:tcPr>
                  <w:tcW w:type="dxa" w:w="2059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47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47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1020" w:hRule="exact"/>
              </w:trPr>
              <w:tc>
                <w:tcPr>
                  <w:tcW w:type="dxa" w:w="1928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운동 계획 짜 줘</w:t>
                  </w:r>
                </w:p>
              </w:tc>
              <w:tc>
                <w:tcPr>
                  <w:tcW w:type="dxa" w:w="2059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47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47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친구가 알려 준 빠진 도구는 무엇이었나요? 어떻게 고쳤나요?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701" w:hRule="atLeast"/>
              </w:trPr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가장 잘 고쳐진 질문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역할을 줘도 확인해야 할 점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역할·조건·예시를 넣으면 답의 모양이 좋아져요. 내용은 언제나 내가 확인해요.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예시를 넣어 주면 AI가 답의 형식을 맞추기 쉬워진다.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다음 중 ‘조건’에 해당하는 것은?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① “너는 동화 작가야.”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② “다섯 문장 이내로 써 줘.”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③ “예: 옛날 옛적에 토끼가 살았어요.”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AI에게 맡기는 입장이나 직업을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  <w:u w:val="thick" w:color="1D5DA6"/>
                <w:shd w:val="clear" w:color="auto" w:fill="EDF3FA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“너는 의사야.”라고 역할을 줬을 때 AI의 건강 조언을 그대로 믿으면 안 되는 까닭을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1D5DA6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75366"/>
                      <w:sz w:val="22"/>
                    </w:rPr>
                    <w:t>원샷·퓨샷 프롬프팅과 역할의 한계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예시를 하나 넣는 방법을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‘원샷(one-shot)’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, 여러 개 넣는 방법을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‘퓨샷(few-shot) 프롬프팅’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이라고 해요. 예시가 많을수록 형식은 잘 맞지만, 예시와 너무 비슷한 답만 나오기도 해요.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또 “너는 의사야”라고 역할을 줘도 AI가 진짜 전문가가 되는 것은 아니에요. 말투와 관점만 흉내 내는 것이라 사실 확인이 꼭 필요해요.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AI의 안전 규칙을 피하려고 역할 놀이를 꾸미는 시도는 하지 않아요.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생각해 봐요: 예시를 3개 넣었더니 답이 예시와 너무 비슷해졌다면, 어떻게 고치면 좋을까요?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역할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role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AI에게 맡기는 입장이나 직업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“너는 과학 선생님이야.”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조건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condition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꼭 지켜야 할 약속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3개, 쉬운 말로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예시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example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원하는 답의 본보기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Q. 물은 0도에서 언다? (O)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관점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point of view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어떤 입장에서 바라보는지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선생님의 눈으로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난이도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difficulty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어렵고 쉬운 정도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초6 수준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원샷 프롬프팅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one-shot prompting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예시를 하나 넣는 방법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예시 1개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퓨샷 프롬프팅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few-shot prompting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예시를 여러 개 넣는 방법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예시 3개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힌트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hint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답을 찾도록 돕는 실마리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“분모를 먼저 맞춰 봐.”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안전 규칙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safety rule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해로운 답을 막으려고 정한 규칙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위험한 방법은 알려 주지 않기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86274"/>
              <w:left w:val="dashed" w:sz="6" w:space="0" w:color="586274"/>
              <w:bottom w:val="dashed" w:sz="6" w:space="0" w:color="586274"/>
              <w:right w:val="dashed" w:sz="6" w:space="0" w:color="586274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1. O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본보기를 보면 AI가 그 모양을 따라 하기 쉬워요.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2. ②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①은 역할, ③은 예시예요.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3. 역할(role)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“너는 과학 선생님이야.”가 역할이에요.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역할은 말투와 관점을 흉내 낼 뿐이고 AI가 진짜 의사가 되는 것은 아니라서, 틀린 조언일 수 있기 때문이에요.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79ABA2C4-C685-45EF-8E33-64AFF8DA26D3}"/>
    <w:embedBold r:id="rIdF2" w:fontKey="{A9EE02E5-30CC-4621-9B82-40C3432A874A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86274"/>
        <w:sz w:val="19"/>
      </w:rPr>
      <w:t xml:space="preserve">중급 18  ·  </w:t>
    </w:r>
    <w:r>
      <w:rPr>
        <w:rFonts w:ascii="Pretendard" w:hAnsi="Pretendard" w:eastAsia="Pretendard" w:cs="Pretendard"/>
        <w:b/>
        <w:color w:val="1D5DA6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D5DA6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86274"/>
              <w:sz w:val="19"/>
            </w:rPr>
            <w:t xml:space="preserve">   |   중급 18. 프롬프트 연습: 역할, 조건, 예시 넣기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D26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중급 18. 프롬프트 연습: 역할, 조건, 예시 넣기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