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2EE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19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  <w:shd w:val="clear" w:color="auto" w:fill="FFFFFF"/>
              </w:rPr>
              <w:t xml:space="preserve">  중급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AI가 지어낸 거짓말 찾기 (환각)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의심 신호를 찾고, 출처를 확인하고, 두 곳 이상에서 교차 확인해요.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환각을 찾는 4단계(의심 신호 → 출처 확인 → 교차 확인 → 고치거나 버리기)를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출처와 교차 확인의 뜻을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믿을 만한 자료를 골라 AI의 답을 확인할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D5DA6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86274"/>
          <w:sz w:val="19"/>
        </w:rPr>
        <w:t>한눈에 보는 19강 — 확인하는 네 단계를 차례로 따라가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AI의 그럴듯한 답에서 거짓을 찾아내는 방법을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그럴듯하지만 틀린 답, 환각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AI가 없는 사실을 그럴듯하게 지어내는 것을 </w:t>
      </w:r>
      <w:r>
        <w:rPr>
          <w:rFonts w:ascii="Pretendard" w:hAnsi="Pretendard" w:eastAsia="Pretendard" w:cs="Pretendard"/>
          <w:b/>
          <w:color w:val="1D5DA6"/>
          <w:sz w:val="24"/>
        </w:rPr>
        <w:t>환각(hallucination)</w:t>
      </w:r>
      <w:r>
        <w:rPr>
          <w:rFonts w:ascii="Pretendard" w:hAnsi="Pretendard" w:eastAsia="Pretendard" w:cs="Pretendard"/>
          <w:b w:val="0"/>
          <w:color w:val="1D2633"/>
          <w:sz w:val="24"/>
        </w:rPr>
        <w:t>이라고 해요. 없는 책 제목, 틀린 날짜, 하지 않은 말을 진짜처럼 말하기도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환각을 찾으려면 정보가 어디서 나왔는지, 곧 </w:t>
      </w:r>
      <w:r>
        <w:rPr>
          <w:rFonts w:ascii="Pretendard" w:hAnsi="Pretendard" w:eastAsia="Pretendard" w:cs="Pretendard"/>
          <w:b/>
          <w:color w:val="1D5DA6"/>
          <w:sz w:val="24"/>
        </w:rPr>
        <w:t>출처(source)</w:t>
      </w:r>
      <w:r>
        <w:rPr>
          <w:rFonts w:ascii="Pretendard" w:hAnsi="Pretendard" w:eastAsia="Pretendard" w:cs="Pretendard"/>
          <w:b w:val="0"/>
          <w:color w:val="1D2633"/>
          <w:sz w:val="24"/>
        </w:rPr>
        <w:t>를 확인해야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그리고 여러 자료를 비교해 확인하는 </w:t>
      </w:r>
      <w:r>
        <w:rPr>
          <w:rFonts w:ascii="Pretendard" w:hAnsi="Pretendard" w:eastAsia="Pretendard" w:cs="Pretendard"/>
          <w:b/>
          <w:color w:val="1D5DA6"/>
          <w:sz w:val="24"/>
        </w:rPr>
        <w:t>교차 확인(cross-check)</w:t>
      </w:r>
      <w:r>
        <w:rPr>
          <w:rFonts w:ascii="Pretendard" w:hAnsi="Pretendard" w:eastAsia="Pretendard" w:cs="Pretendard"/>
          <w:b w:val="0"/>
          <w:color w:val="1D2633"/>
          <w:sz w:val="24"/>
        </w:rPr>
        <w:t>을 해요. 서로 다른 믿을 만한 자료 두 곳 이상에서 같은 내용인지 봐요.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rumor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“내일 휴교래!” 소문 확인하기로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친구가 “내일 휴교래!”라고 하면 바로 믿고 가방을 안 챙기나요? 먼저 </w:t>
      </w:r>
      <w:r>
        <w:rPr>
          <w:rFonts w:ascii="Pretendard" w:hAnsi="Pretendard" w:eastAsia="Pretendard" w:cs="Pretendard"/>
          <w:b/>
          <w:color w:val="1D5DA6"/>
          <w:sz w:val="24"/>
        </w:rPr>
        <w:t>학교 누리집이나 알림장, 선생님 말씀으로 확인</w:t>
      </w:r>
      <w:r>
        <w:rPr>
          <w:rFonts w:ascii="Pretendard" w:hAnsi="Pretendard" w:eastAsia="Pretendard" w:cs="Pretendard"/>
          <w:b w:val="0"/>
          <w:color w:val="1D2633"/>
          <w:sz w:val="24"/>
        </w:rPr>
        <w:t>하지요.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소문이 아무리 그럴듯해도 믿을 만한 곳에서 확인하기 전에는 사실이 아니에요.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AI의 답도 마찬가지예요. 말투가 자신 있고 문장이 매끄러워도, 확인하기 전까지는 </w:t>
      </w:r>
      <w:r>
        <w:rPr>
          <w:rFonts w:ascii="Pretendard" w:hAnsi="Pretendard" w:eastAsia="Pretendard" w:cs="Pretendard"/>
          <w:b/>
          <w:color w:val="1D5DA6"/>
          <w:sz w:val="24"/>
        </w:rPr>
        <w:t>‘그럴듯한 소문’</w:t>
      </w:r>
      <w:r>
        <w:rPr>
          <w:rFonts w:ascii="Pretendard" w:hAnsi="Pretendard" w:eastAsia="Pretendard" w:cs="Pretendard"/>
          <w:b w:val="0"/>
          <w:color w:val="1D2633"/>
          <w:sz w:val="24"/>
        </w:rPr>
        <w:t>으로 생각해요.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AI는 없는 사실을 그럴듯하게 지어낼 때가 있어요. 이것을 환각이라고 해요. 의심스러운 부분을 찾고, 출처를 확인하고, 두 곳 이상에서 교차 확인하면 속지 않을 수 있어요.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suspect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생활 속 의심 신호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AI의 답에 </w:t>
      </w:r>
      <w:r>
        <w:rPr>
          <w:rFonts w:ascii="Pretendard" w:hAnsi="Pretendard" w:eastAsia="Pretendard" w:cs="Pretendard"/>
          <w:b/>
          <w:color w:val="1D5DA6"/>
          <w:sz w:val="24"/>
        </w:rPr>
        <w:t>정확한 숫자, 날짜, 사람 이름, 책 제목, 인용한 말</w:t>
      </w:r>
      <w:r>
        <w:rPr>
          <w:rFonts w:ascii="Pretendard" w:hAnsi="Pretendard" w:eastAsia="Pretendard" w:cs="Pretendard"/>
          <w:b w:val="0"/>
          <w:color w:val="1D2633"/>
          <w:sz w:val="24"/>
        </w:rPr>
        <w:t>이 나오면 특히 조심해요. 환각이 자주 숨는 곳이에요.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AI가 알려 준 책이나 링크가 실제로 있는지 </w:t>
      </w:r>
      <w:r>
        <w:rPr>
          <w:rFonts w:ascii="Pretendard" w:hAnsi="Pretendard" w:eastAsia="Pretendard" w:cs="Pretendard"/>
          <w:b/>
          <w:color w:val="1D5DA6"/>
          <w:sz w:val="24"/>
        </w:rPr>
        <w:t>직접 열어 확인</w:t>
      </w:r>
      <w:r>
        <w:rPr>
          <w:rFonts w:ascii="Pretendard" w:hAnsi="Pretendard" w:eastAsia="Pretendard" w:cs="Pretendard"/>
          <w:b w:val="0"/>
          <w:color w:val="1D2633"/>
          <w:sz w:val="24"/>
        </w:rPr>
        <w:t>해요. 같은 AI에게 다시 묻는 것은 교차 확인이 아니에요. 같은 곳에서 같은 실수를 할 수 있으니까요.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확인할 수 없는 내용은 쓰지 않는 것이 가장 안전해요. 숙제에 쓸 때는 확인한 출처를 함께 적어요.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 xml:space="preserve">  뒤에 나오는 ‘직접 해보기 미션’에서 틀린 곳이 숨은 글을 교과서로 확인해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내가 정보를 확인할 때 믿을 만한 곳을 두 군데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예: 교과서, 도서관 백과사전, 공공 기관 누리집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숫자로 보는 19강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2F7FD6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54"/>
              </w:rPr>
              <w:t>1446</w:t>
            </w:r>
            <w:r>
              <w:rPr>
                <w:rFonts w:ascii="Pretendard" w:hAnsi="Pretendard" w:eastAsia="Pretendard" w:cs="Pretendard"/>
                <w:b/>
                <w:color w:val="1D5DA6"/>
                <w:sz w:val="32"/>
              </w:rPr>
              <w:t>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훈민정음이 반포된 해예요. 세종 대왕 때의 일이에요.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2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곳 이상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교차 확인은 서로 다른 믿을 만한 자료 두 곳 이상에서 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단계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의심 신호 찾기 → 출처 확인 → 교차 확인 → 고치거나 버리기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D5DA6"/>
          <w:sz w:val="19"/>
        </w:rPr>
        <w:t>사실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환각을 찾는 흐름과 믿을 만한 자료를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환각을 찾는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훈민정음 예시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① 의심 신호 찾기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정확한 숫자, 날짜, 사람 이름, 책 제목, 인용한 말이 나오면 특히 조심해요.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“1446년”, “이순신 장군”이 나왔어요.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② 출처 확인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그 정보가 어디서 나왔는지 찾아봐요. AI가 알려 준 책이나 링크가 실제로 있는지도 직접 열어 확인해요.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교과서의 훈민정음 단원을 찾아요.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③ 교차 확인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교과서, 백과사전, 공공기관 누리집처럼 믿을 만한 곳 두 곳 이상에서 같은 내용인지 비교해요.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백과사전에서도 확인해요.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④ 고치거나 버리기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틀린 부분은 고치고, 확인할 수 없는 내용은 쓰지 않아요.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만든 사람을 ‘세종 대왕’으로 고쳐요.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교차 확인일까, 아닐까?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살펴봐요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교차 확인이에요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교차 확인이 아니에요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자료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교과서와 백과사전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같은 AI에게 다시 묻기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사람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선생님께 여쭙고 책으로도 확인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친구 한 명의 말만 믿기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누리집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공공 기관 누리집 두 곳 비교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출처를 모르는 글 여러 개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AI가 알려 준 책 제목이 진짜 있는지 확인하는 방법을 두 가지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도서관 검색, 출판사 누리집을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AI 답의 정보 종류별로 틀린 곳이 발견된 비율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※ 이해를 도우려고 만든 예시 숫자예요. 실제 비율은 AI와 질문에 따라 크게 달라요.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어떤 정보에서 틀린 곳이 가장 많았나요? 그런 정보는 어떻게 확인하면 좋을까요?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이 그래프는 예시 데이터예요. ‘의심 신호’와 연결해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출처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source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정보가 나온 곳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교차 확인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cross-check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여러 자료를 비교해 확인하기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FFB547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틀린 곳 찾기 탐정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선생님이나 보호자가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AI의 답처럼 꾸민 글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(일부러 틀린 곳 두 군데를 넣은 글)을 준비해 주면, 교과서와 백과사전으로 틀린 곳을 찾아보세요. (예: “훈민정음은 1446년에 반포되었고, 이순신 장군이 만들었다.” → 만든 사람이 틀렸어요.)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글에서 숫자, 날짜, 이름 같은 의심 신호에 밑줄을 그어요.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교과서와 백과사전 두 곳에서 하나씩 확인해요.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틀린 곳과 바른 내용, 확인한 출처를 표에 적어요.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직접 AI를 써 본다면 보호자나 선생님과 함께, 나이 기준에 맞는 서비스에서 교과서로 확인할 수 있는 질문을 하고, 답을 두 곳 이상에서 확인해 봐요.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247"/>
              <w:gridCol w:w="2328"/>
              <w:gridCol w:w="2328"/>
              <w:gridCol w:w="3026"/>
            </w:tblGrid>
            <w:tr>
              <w:trPr>
                <w:cantSplit/>
              </w:trPr>
              <w:tc>
                <w:tcPr>
                  <w:tcW w:type="dxa" w:w="1247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2328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의심 신호</w:t>
                  </w:r>
                </w:p>
              </w:tc>
              <w:tc>
                <w:tcPr>
                  <w:tcW w:type="dxa" w:w="2328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바른 내용</w:t>
                  </w:r>
                </w:p>
              </w:tc>
              <w:tc>
                <w:tcPr>
                  <w:tcW w:type="dxa" w:w="3026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확인한 출처 2곳</w:t>
                  </w: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24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틀린 곳 1</w:t>
                  </w:r>
                </w:p>
              </w:tc>
              <w:tc>
                <w:tcPr>
                  <w:tcW w:type="dxa" w:w="2328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328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026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24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틀린 곳 2</w:t>
                  </w:r>
                </w:p>
              </w:tc>
              <w:tc>
                <w:tcPr>
                  <w:tcW w:type="dxa" w:w="2328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328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026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24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맞았던 곳</w:t>
                  </w:r>
                </w:p>
              </w:tc>
              <w:tc>
                <w:tcPr>
                  <w:tcW w:type="dxa" w:w="2328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328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026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틀린 곳을 찾는 데 가장 도움이 된 자료는 무엇이었나요?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814" w:hRule="atLeast"/>
              </w:trPr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그럴듯해서 속을 뻔한 부분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앞으로 AI 답을 볼 때 나의 약속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AI의 답은 확인하기 전까지 ‘그럴듯한 소문’이에요. 출처와 교차 확인으로 가려내요.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AI가 알려 준 출처는 항상 실제로 있다.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교차 확인으로 알맞은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① 같은 AI에게 같은 질문을 여러 번 하기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② 백과사전과 공공기관 누리집 두 곳에서 확인하기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③ 친구 한 명의 말만 믿기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정보가 나온 곳을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  <w:u w:val="thick" w:color="1D5DA6"/>
                <w:shd w:val="clear" w:color="auto" w:fill="EDF3FA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AI의 답에서 특히 조심해야 할 ‘의심 신호’를 두 가지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1D5DA6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75366"/>
                      <w:sz w:val="22"/>
                    </w:rPr>
                    <w:t>환각은 왜 생기고, 어떻게 줄일까?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언어 모델은 사실을 저장한 사전이 아니라, 그럴듯한 다음 낱말을 고르는 계산이라서 환각이 생겨요. 검색한 자료를 함께 보면서 답하게 하는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‘검색 증강 생성(RAG, Retrieval-Augmented Generation)’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으로 환각을 줄일 수 있지만 완전히 없앨 수는 없어요.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외국에서는 변호사가 AI가 지어낸 판례를 확인하지 않고 법원에 냈다가 문제가 된 일도 있었어요.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전문가도 확인을 건너뛰면 실수한다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는 뜻이에요.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생각해 봐요: AI가 출처 링크를 함께 보여 주면 환각 걱정이 없을까요? 내 생각을 적어 보세요.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환각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hallucination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AI가 없는 사실을 그럴듯하게 지어내기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없는 책 제목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출처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source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정보가 나온 곳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교과서 23쪽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교차 확인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cross-check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여러 자료를 비교해 확인하기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교과서 + 백과사전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의심 신호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red flag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틀렸을 수 있어 조심할 표시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정확한 날짜, 인용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인용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quotation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남의 말이나 글을 그대로 옮기기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“…”라고 말했다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공공 기관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public institution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나라나 지역이 운영하는 기관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정부, 시청 누리집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백과사전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encyclopedia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여러 지식을 모아 정리한 책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도서관 백과사전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판례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court precedent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법원이 앞서 내린 판결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변호사가 찾는 자료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검색 증강 생성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RAG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검색한 자료를 함께 보며 답하는 방법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자료 보고 답하는 챗봇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사실 확인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fact check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맞는 정보인지 확인하기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날짜 확인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86274"/>
              <w:left w:val="dashed" w:sz="6" w:space="0" w:color="586274"/>
              <w:bottom w:val="dashed" w:sz="6" w:space="0" w:color="586274"/>
              <w:right w:val="dashed" w:sz="6" w:space="0" w:color="586274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AI는 없는 책 제목이나 링크를 지어낼 수 있어서 직접 확인해야 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2. ②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서로 다른 믿을 만한 자료끼리 비교해야 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3. 출처(source)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책 제목, 누리집 주소가 출처예요.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정확한 숫자나 날짜, 사람 이름, 책 제목, 인용한 말 가운데 두 가지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7EBD2B5C-FB0B-4076-AAE6-7473F77434F5}"/>
    <w:embedBold r:id="rIdF2" w:fontKey="{7F4D5C10-6362-40F0-B518-B8E8C4F95C90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86274"/>
        <w:sz w:val="19"/>
      </w:rPr>
      <w:t xml:space="preserve">중급 19  ·  </w:t>
    </w:r>
    <w:r>
      <w:rPr>
        <w:rFonts w:ascii="Pretendard" w:hAnsi="Pretendard" w:eastAsia="Pretendard" w:cs="Pretendard"/>
        <w:b/>
        <w:color w:val="1D5DA6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D5DA6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86274"/>
              <w:sz w:val="19"/>
            </w:rPr>
            <w:t xml:space="preserve">   |   중급 19. AI가 지어낸 거짓말 찾기 (환각)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D26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중급 19. AI가 지어낸 거짓말 찾기 (환각)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