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20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숙제에 AI를 써도 될까? 똑똑하게 쓰는 법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규칙을 먼저 따르고, 생각은 내가, 확인은 꼭, 썼다면 밝혀요.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AI 사용 4가지 약속(생각은 내가, 확인은 꼭, 썼다면 밝히기, 개인 정보 금지)을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표절과 출처 밝히기의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숙제에서 AI를 똑똑하게 쓴 예와 그렇지 않은 예를 구별할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20강 — 네 가지 약속과 그보다 먼저 지킬 것을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AI를 숙제의 ‘코치’로 쓰는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숙제는 왜 할까요?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숙제는 정답을 내는 게 목적이 아니라, </w:t>
      </w:r>
      <w:r>
        <w:rPr>
          <w:rFonts w:ascii="Pretendard" w:hAnsi="Pretendard" w:eastAsia="Pretendard" w:cs="Pretendard"/>
          <w:b/>
          <w:color w:val="1D5DA6"/>
          <w:sz w:val="24"/>
        </w:rPr>
        <w:t>내 실력을 키우려고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하는 거예요. 그래서 AI가 대신 해 주면 숙제는 끝나도 내 실력은 그대로예요.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남의 글이나 생각을 내 것처럼 쓰는 것을 </w:t>
      </w:r>
      <w:r>
        <w:rPr>
          <w:rFonts w:ascii="Pretendard" w:hAnsi="Pretendard" w:eastAsia="Pretendard" w:cs="Pretendard"/>
          <w:b/>
          <w:color w:val="1D5DA6"/>
          <w:sz w:val="24"/>
        </w:rPr>
        <w:t>표절(plagiarism)</w:t>
      </w:r>
      <w:r>
        <w:rPr>
          <w:rFonts w:ascii="Pretendard" w:hAnsi="Pretendard" w:eastAsia="Pretendard" w:cs="Pretendard"/>
          <w:b w:val="0"/>
          <w:color w:val="1D2633"/>
          <w:sz w:val="24"/>
        </w:rPr>
        <w:t>이라고 해요. AI가 쓴 글을 허락 없이 내 이름으로 내는 것도 표절이 될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도움을 받았다면 </w:t>
      </w:r>
      <w:r>
        <w:rPr>
          <w:rFonts w:ascii="Pretendard" w:hAnsi="Pretendard" w:eastAsia="Pretendard" w:cs="Pretendard"/>
          <w:b/>
          <w:color w:val="1D5DA6"/>
          <w:sz w:val="24"/>
        </w:rPr>
        <w:t>출처 밝히기(citation)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, 곧 도움받은 곳을 적어 둬요. 그리고 무엇보다 먼저 </w:t>
      </w:r>
      <w:r>
        <w:rPr>
          <w:rFonts w:ascii="Pretendard" w:hAnsi="Pretendard" w:eastAsia="Pretendard" w:cs="Pretendard"/>
          <w:b/>
          <w:color w:val="1D5DA6"/>
          <w:sz w:val="24"/>
        </w:rPr>
        <w:t>학교와 선생님이 정한 규칙</w:t>
      </w:r>
      <w:r>
        <w:rPr>
          <w:rFonts w:ascii="Pretendard" w:hAnsi="Pretendard" w:eastAsia="Pretendard" w:cs="Pretendard"/>
          <w:b w:val="0"/>
          <w:color w:val="1D2633"/>
          <w:sz w:val="24"/>
        </w:rPr>
        <w:t>을 따라요.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coac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대신 달려 주는 코치?로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달리기 실력을 키우고 싶은데 코치가 나 대신 운동장을 달려 준다면 내 다리가 튼튼해질까요?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코치는 자세를 봐 주고 연습 방법을 알려 주는 사람이지, </w:t>
      </w:r>
      <w:r>
        <w:rPr>
          <w:rFonts w:ascii="Pretendard" w:hAnsi="Pretendard" w:eastAsia="Pretendard" w:cs="Pretendard"/>
          <w:b/>
          <w:color w:val="1D5DA6"/>
          <w:sz w:val="24"/>
        </w:rPr>
        <w:t>대신 달려 주는 사람이 아니에요.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숙제도 마찬가지예요. 숙제는 내 실력을 키우려고 하는 거라서, AI가 대신 해 주면 내 실력은 그대로예요. </w:t>
      </w:r>
      <w:r>
        <w:rPr>
          <w:rFonts w:ascii="Pretendard" w:hAnsi="Pretendard" w:eastAsia="Pretendard" w:cs="Pretendard"/>
          <w:b/>
          <w:color w:val="1D5DA6"/>
          <w:sz w:val="24"/>
        </w:rPr>
        <w:t>AI는 돕는 코치로만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써요.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숙제에 AI를 써도 되는지는 먼저 학교와 선생님의 규칙을 따라야 해요. 허락된 범위에서는 생각은 내가 하고, 결과는 꼭 확인하고, 쓴 사실은 밝히고, 개인 정보는 넣지 않아요.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verif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속에서 똑똑하게 쓰기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독후감을 쓸 때 내 생각을 먼저 적고, AI에게 “내 글에서 맞춤법이 틀린 곳을 알려 줘”라고 하면 코치처럼 쓴 거예요. 고친 까닭은 스스로 확인해요.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어려운 개념을 쉬운 말로 다시 설명해 달라고 하거나, 내가 만든 문제를 점검받는 것도 좋은 쓰임이에요. 하지만 답은 교과서나 믿을 만한 자료로 꼭 확인해요.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AI가 쓴 글을 그대로 내거나, 친구 이름과 학교를 넣어 부탁하는 것은 하지 않아요. 과제마다 규칙이 다를 수 있으니 </w:t>
      </w:r>
      <w:r>
        <w:rPr>
          <w:rFonts w:ascii="Pretendard" w:hAnsi="Pretendard" w:eastAsia="Pretendard" w:cs="Pretendard"/>
          <w:b/>
          <w:color w:val="1D5DA6"/>
          <w:sz w:val="24"/>
        </w:rPr>
        <w:t>헷갈리면 선생님께 먼저 여쭤봐요.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‘나의 AI 사용 기록장’을 만들어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숙제할 때 AI에게 맡기지 않고 꼭 내가 하고 싶은 부분은 무엇인가요?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내 생각과 느낌 쓰기, 결론 정하기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20강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AI 사용 약속: 생각은 내가, 확인은 꼭, 썼다면 밝히기, 개인 정보 금지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칸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미션의 ‘나의 AI 사용 기록장’에 들어가는 칸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순위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모든 약속보다 먼저: 학교와 선생님이 정한 규칙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AI 사용 약속과 똑똑한 쓰임을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AI 사용 4가지 약속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약속</w:t>
            </w:r>
          </w:p>
        </w:tc>
        <w:tc>
          <w:tcPr>
            <w:tcW w:type="dxa" w:w="3969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해요</w:t>
            </w:r>
          </w:p>
        </w:tc>
        <w:tc>
          <w:tcPr>
            <w:tcW w:type="dxa" w:w="362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① 생각은 내가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내 생각을 먼저 정리하고, AI는 아이디어를 넓히거나 설명을 듣는 데만 써요.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개요를 먼저 쓰고 의견을 물어요.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② 확인은 꼭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AI의 답은 틀릴 수 있으니 교과서나 믿을 만한 자료로 확인해요.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날짜와 이름은 교과서로 확인해요.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③ 썼다면 밝히기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어디에 어떻게 도움받았는지 적어요.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“개요 정리에 AI의 도움을 받았고, 내용은 교과서로 확인했어요.”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④ 개인 정보 금지</w:t>
            </w:r>
          </w:p>
        </w:tc>
        <w:tc>
          <w:tcPr>
            <w:tcW w:type="dxa" w:w="3969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이름, 학교, 사진, 친구 정보는 넣지 않아요.</w:t>
            </w:r>
          </w:p>
        </w:tc>
        <w:tc>
          <w:tcPr>
            <w:tcW w:type="dxa" w:w="362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“우리 반 OO이” 대신 “친구”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코치처럼 쓰기와 대신 시키기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코치처럼 써요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대신 시켜요 (하지 않아요)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글쓰기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내가 쓴 글의 맞춤법을 점검받아요.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AI가 쓴 독후감을 그대로 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공부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어려운 개념을 쉬운 말로 다시 들어요.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문제 답만 받아 적어요.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밝히기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도움받은 곳을 적어요.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도움받은 사실을 숨겨요.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과학 보고서 숙제에서 AI를 코치처럼 쓰는 방법을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실험 결과와 생각은 내가, AI는 점검이나 설명 듣기에만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숙제 방법에 따라 일주일 뒤 기억한 내용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이해를 도우려고 만든 예시 숫자예요. 실제 결과는 사람과 과제에 따라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 글을 그대로 냈을 때 기억한 내용은 어떤가요? 코치처럼 쓰면 왜 더 많이 남을까요?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내가 직접 생각한 부분이 있는지 비교해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표절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plagiarism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남의 글이나 생각을 내 것처럼 쓰는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출처 밝히기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citation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도움받은 곳을 적어 두는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나의 AI 사용 기록장 만들기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‘나의 AI 사용 기록장’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을 만들어 보세요. AI를 쓰지 않은 날에도 “AI 없이 해결한 방법”을 적어 보면 좋아요.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기록장의 칸은 ① 날짜 ② 무엇을 물었나 ③ 답을 어떻게 확인했나 ④ 내 생각으로 바꾸거나 더한 것 ⑤ 선생님 허락 여부예요.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숙제를 할 때마다 한 줄씩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일주일 뒤 기록을 보고 나의 AI 사용 습관을 돌아봐요.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AI를 쓸 때는 보호자나 선생님과 함께, 나이 기준에 맞는 서비스에서 써요.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020"/>
              <w:gridCol w:w="2402"/>
              <w:gridCol w:w="2202"/>
              <w:gridCol w:w="2402"/>
              <w:gridCol w:w="901"/>
            </w:tblGrid>
            <w:tr>
              <w:trPr>
                <w:cantSplit/>
              </w:trPr>
              <w:tc>
                <w:tcPr>
                  <w:tcW w:type="dxa" w:w="1020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① 날짜</w:t>
                  </w:r>
                </w:p>
              </w:tc>
              <w:tc>
                <w:tcPr>
                  <w:tcW w:type="dxa" w:w="24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② 무엇을 물었나</w:t>
                  </w:r>
                </w:p>
              </w:tc>
              <w:tc>
                <w:tcPr>
                  <w:tcW w:type="dxa" w:w="2202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③ 어떻게 확인했나</w:t>
                  </w:r>
                </w:p>
              </w:tc>
              <w:tc>
                <w:tcPr>
                  <w:tcW w:type="dxa" w:w="2403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④ 바꾸거나 더한 것</w:t>
                  </w:r>
                </w:p>
              </w:tc>
              <w:tc>
                <w:tcPr>
                  <w:tcW w:type="dxa" w:w="90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⑤ 허락</w:t>
                  </w:r>
                </w:p>
              </w:tc>
            </w:tr>
            <w:tr>
              <w:trPr>
                <w:cantSplit/>
                <w:trHeight w:val="794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</w: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20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0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794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</w: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20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0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794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</w: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20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0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794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</w: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202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403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90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 없이 해결한 날에는 어떤 방법을 썼나요?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AI가 가장 도움이 된 때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앞으로 고칠 나의 습관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AI는 코치예요. 생각은 내가, 확인은 꼭, 썼다면 밝혀요.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선생님 허락 없이 AI가 쓴 글을 내 이름으로 내도 괜찮다.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AI를 숙제에 똑똑하게 쓴 예는?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AI가 쓴 독후감을 그대로 내기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내가 쓴 글의 맞춤법을 점검받고, 고친 이유를 스스로 확인하기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친구 이름과 학교를 넣어 숙제를 부탁하기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남의 글이나 생각을 내 것처럼 쓰는 것을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AI의 도움을 받아 숙제를 했을 때, 끝에 적을 ‘밝히는 문장’을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정직하게 밝히기가 가장 좋은 까닭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AI가 쓴 글을 찾아낸다는 프로그램도 정확하지 않아서, 직접 쓴 글이 AI 글로 오해받는 일도 있어요. 그러니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처음부터 정직하게 밝히는 것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 가장 좋아요.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또 학교와 과목마다 AI 사용 규칙이 다를 수 있으니 과제마다 확인해요. 예를 들어 “아이디어 찾기에는 써도 되지만 글은 직접 쓰기”처럼 정해 줄 수 있어요. AI를 잘 쓰는 능력도 중요하지만,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AI 없이 스스로 생각하고 쓰는 힘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이 그 바탕이에요.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우리 반 ‘AI 사용 규칙’을 정한다면 꼭 넣고 싶은 약속은 무엇인가요?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표절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plagiarism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남의 글이나 생각을 내 것처럼 쓰기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 글을 내 이름으로 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출처 밝히기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citation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도움받은 곳을 적어 두기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“AI의 도움을 받았어요.”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개요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outline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글의 뼈대가 되는 순서와 내용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처음-가운데-끝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점검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check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틀린 곳이 없는지 살펴보기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맞춤법 점검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허락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permission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해도 된다고 받아 주는 것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선생님의 허락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정직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honesty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거짓 없이 바르게 하는 것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도움받은 사실 밝히기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AI 글 탐지기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AI detector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AI가 쓴 글인지 가려낸다는 프로그램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정확하지 않을 수 있어요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기록장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log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한 일을 날마다 적는 공책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나의 AI 사용 기록장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개인 정보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누구인지 알 수 있는 정보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이름, 학교, 사진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규칙을 어기는 일이고, 남이 쓴 글을 내 것처럼 내는 표절이 될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내가 먼저 하고, AI는 돕는 데만 쓰고, 이유까지 내가 확인했어요.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표절(plagiarism)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도움받은 곳을 밝히면 표절을 막을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“자료 정리에 AI의 도움을 받았고, 내용은 교과서와 백과사전으로 확인했어요.”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56EBCCE-953D-4093-AC45-0D68AEC85EEA}"/>
    <w:embedBold r:id="rIdF2" w:fontKey="{AFF6407B-7A1E-4AC7-A43A-9F2B2E7EFC43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20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20. 숙제에 AI를 써도 될까? 똑똑하게 쓰는 법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20. 숙제에 AI를 써도 될까? 똑똑하게 쓰는 법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