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23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거대언어모델(LLM)은 어떻게 문장을 만들까?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글을 토큰으로 나누고, 앞 내용을 보고 다음 토큰을 확률로 골라요.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LLM의 핵심 4가지(토큰, 사전 학습, 어텐션, 확률로 고르기)를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어텐션이 문장 속 관계를 찾는 방법을 예로 들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LLM이 패턴을 계산할 뿐 세상을 직접 이해하는 것은 아니라는 점을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23강 — 문장이 토큰 조각으로 나뉘는 모습부터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LLM이 글을 조각내고, 관계를 찾고, 다음 말을 고르는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글을 조각내고, 다음 조각을 골라요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LLM은 글을 그대로 읽지 않고 </w:t>
      </w:r>
      <w:r>
        <w:rPr>
          <w:rFonts w:ascii="Pretendard" w:hAnsi="Pretendard" w:eastAsia="Pretendard" w:cs="Pretendard"/>
          <w:b/>
          <w:color w:val="6A3FB0"/>
          <w:sz w:val="24"/>
        </w:rPr>
        <w:t>토큰(token)</w:t>
      </w:r>
      <w:r>
        <w:rPr>
          <w:rFonts w:ascii="Pretendard" w:hAnsi="Pretendard" w:eastAsia="Pretendard" w:cs="Pretendard"/>
          <w:b w:val="0"/>
          <w:color w:val="251D33"/>
          <w:sz w:val="24"/>
        </w:rPr>
        <w:t>, 곧 AI가 글을 처리하려고 나눈 작은 조각으로 나눠요. 토큰은 단어일 수도, 단어보다 작은 조각일 수도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먼저 책, 웹 문서처럼 엄청난 양의 글로 ‘다음 토큰 맞히기’를 연습해요. 많은 글로 언어의 패턴을 미리 배우는 이 단계를 </w:t>
      </w:r>
      <w:r>
        <w:rPr>
          <w:rFonts w:ascii="Pretendard" w:hAnsi="Pretendard" w:eastAsia="Pretendard" w:cs="Pretendard"/>
          <w:b/>
          <w:color w:val="6A3FB0"/>
          <w:sz w:val="24"/>
        </w:rPr>
        <w:t>사전 학습(pre-training)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문장을 만들 때는 토큰끼리 얼마나 관련 있는지 따져 집중하는 </w:t>
      </w:r>
      <w:r>
        <w:rPr>
          <w:rFonts w:ascii="Pretendard" w:hAnsi="Pretendard" w:eastAsia="Pretendard" w:cs="Pretendard"/>
          <w:b/>
          <w:color w:val="6A3FB0"/>
          <w:sz w:val="24"/>
        </w:rPr>
        <w:t>어텐션(attention)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>을 써요. 그리고 다음 토큰 후보마다 확률을 매겨 하나를 골라 붙여요.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puzzl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직소 퍼즐 조각 맞추기로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퍼즐 조각 하나만 들고 있으면 어디에 들어갈지 몰라요. 하지만 </w:t>
      </w:r>
      <w:r>
        <w:rPr>
          <w:rFonts w:ascii="Pretendard" w:hAnsi="Pretendard" w:eastAsia="Pretendard" w:cs="Pretendard"/>
          <w:b/>
          <w:color w:val="6A3FB0"/>
          <w:sz w:val="24"/>
        </w:rPr>
        <w:t>주변 조각의 색과 무늬를 함께 보면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자리가 보이지요.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LLM도 문장을 작은 조각(토큰)으로 나누고, 각 조각이 다른 조각들과 어떤 관계인지 살펴요.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“비가 와서 우산을 폈는데, 그것은 파란색이었다”에서 </w:t>
      </w:r>
      <w:r>
        <w:rPr>
          <w:rFonts w:ascii="Pretendard" w:hAnsi="Pretendard" w:eastAsia="Pretendard" w:cs="Pretendard"/>
          <w:b/>
          <w:color w:val="6A3FB0"/>
          <w:sz w:val="24"/>
        </w:rPr>
        <w:t>‘그것’이 ‘우산’과 이어진다</w:t>
      </w:r>
      <w:r>
        <w:rPr>
          <w:rFonts w:ascii="Pretendard" w:hAnsi="Pretendard" w:eastAsia="Pretendard" w:cs="Pretendard"/>
          <w:b w:val="0"/>
          <w:color w:val="251D33"/>
          <w:sz w:val="24"/>
        </w:rPr>
        <w:t>는 걸 찾아내는 식이에요.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거대언어모델(LLM, large language model)은 아주 많은 글로 미리 배운 커다란 인공신경망이에요. 글을 ‘토큰’이라는 조각으로 나누고, 앞 내용을 보고 다음에 올 토큰을 확률로 골라 문장을 이어 가요.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attention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 LLM과 그 한계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챗봇, 글 요약, 이메일 초안 쓰기, 코드 작성 도우미가 LLM을 써요. 질문에 맞춰 자연스러운 문장을 빠르게 만들어 줘요.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하지만 LLM은 </w:t>
      </w:r>
      <w:r>
        <w:rPr>
          <w:rFonts w:ascii="Pretendard" w:hAnsi="Pretendard" w:eastAsia="Pretendard" w:cs="Pretendard"/>
          <w:b/>
          <w:color w:val="6A3FB0"/>
          <w:sz w:val="24"/>
        </w:rPr>
        <w:t>글의 패턴을 계산</w:t>
      </w:r>
      <w:r>
        <w:rPr>
          <w:rFonts w:ascii="Pretendard" w:hAnsi="Pretendard" w:eastAsia="Pretendard" w:cs="Pretendard"/>
          <w:b w:val="0"/>
          <w:color w:val="251D33"/>
          <w:sz w:val="24"/>
        </w:rPr>
        <w:t>할 뿐, 사람처럼 세상을 직접 겪으며 이해하는 것은 아니에요. 그래서 문장은 그럴듯해도 내용은 틀릴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또 배운 글에 치우침이 있으면 답에도 치우침이 생길 수 있어요. 중요한 내용은 출처를 확인하고, 개인 정보는 넣지 않아요.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문장을 조각내고 어텐션처럼 선을 그어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“민수는 지우에게 책을 빌려줬다. 그녀는 고맙다고 했다.”에서 ‘그녀’는 누구일까요? 어떻게 알았나요?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‘그녀’ 주변의 어떤 조각을 보고 판단했는지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23강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2017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요즘 LLM 대부분이 바탕으로 삼는 ‘트랜스포머’ 구조가 발표됐어요.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수십억 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거대언어모델의 가중치 수는 보통 수십억 개가 넘어요.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5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문장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낱말 조각으로 잘라 볼 문장 수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LLM의 핵심 4가지를 퍼즐 비유와 함께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LLM의 핵심 4가지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핵심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퍼즐 비유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토큰</w:t>
              <w:br/>
              <w:t>(token)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글을 단어나 단어보다 작은 조각으로 나누고, 조각마다 번호를 붙여요.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그림을 퍼즐 조각으로 나눠요.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사전 학습</w:t>
              <w:br/>
              <w:t>(pre-training)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책, 웹 문서처럼 엄청난 양의 글로 ‘다음 토큰 맞히기’를 연습해요.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퍼즐을 아주 많이 맞춰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어텐션</w:t>
              <w:br/>
              <w:t>(attention)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문장 속 토큰들 가운데 서로 관련이 깊은 것을 찾아 더 집중해요.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주변 조각의 색과 무늬를 함께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확률로 고르기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다음 토큰 후보마다 확률을 매기고 하나를 골라 붙여요. 이것을 되풀이하면 문장이 돼요.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가장 잘 맞을 조각을 골라 끼워요.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LLM이 하는 것과 하지 못하는 것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잘하는 것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하지 못하거나 약한 것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문장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자연스러운 문장 이어 가기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내용이 사실인지 스스로 보장하기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관계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멀리 떨어진 단어끼리의 관계 찾기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세상을 직접 겪으며 이해하기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지식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배운 글의 패턴 활용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배운 뒤에 생긴 일 알기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LLM이 “그럴듯하지만 틀린 문장”을 만들 수 있는 까닭을 표를 보고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‘패턴 계산’과 ‘사실 확인’의 차이를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“비가 와서 우산을 ___” 다음 토큰 후보와 확률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이해를 도우려고 만든 예시 숫자예요. 실제 확률은 모델과 앞 문장에 따라 달라져요.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가장 확률이 높은 후보는 무엇인가요? 앞 문장이 “비가 그쳐서”로 바뀌면 확률은 어떻게 달라질까요?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앞 내용이 다음 토큰의 확률을 바꿔요.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토큰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token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AI가 글을 처리하려고 나눈 작은 조각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사전 학습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pre-training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많은 글로 언어의 패턴을 미리 배우는 단계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어텐션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attention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토큰끼리 얼마나 관련 있는지 따져 집중하는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문장 조각내고 어텐션 선 긋기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문장 5개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를 종이에 쓰고 가위로 낱말 조각으로 잘라 보세요. (예: “비가 와서 / 나는 / 우산을 / 폈는데, / 그것은 / 파란색이었다.”)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문장 5개를 쓰고 낱말 조각으로 잘라요.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‘그것’, ‘거기’, ‘그때’ 같은 말이 어떤 조각을 가리키는지 색연필로 선을 그어 이어요. 선이 모이는 조각이 어텐션이 ‘집중’하는 곳이라고 생각하면 돼요.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조각을 섞어 짝에게 주고, 앞 조각만 보고 다음 조각을 맞혀 보게 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가위를 쓸 때는 조심해요. 문장에는 실제 친구 이름 대신 지어낸 이름을 써요.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134"/>
              <w:gridCol w:w="2598"/>
              <w:gridCol w:w="3118"/>
              <w:gridCol w:w="2079"/>
            </w:tblGrid>
            <w:tr>
              <w:trPr>
                <w:cantSplit/>
              </w:trPr>
              <w:tc>
                <w:tcPr>
                  <w:tcW w:type="dxa" w:w="1134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59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가리키는 말</w:t>
                  </w:r>
                </w:p>
              </w:tc>
              <w:tc>
                <w:tcPr>
                  <w:tcW w:type="dxa" w:w="311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이어진 조각</w:t>
                  </w:r>
                </w:p>
              </w:tc>
              <w:tc>
                <w:tcPr>
                  <w:tcW w:type="dxa" w:w="2079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짝이 맞혔나요?</w:t>
                  </w: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문장 1</w:t>
                  </w:r>
                </w:p>
              </w:tc>
              <w:tc>
                <w:tcPr>
                  <w:tcW w:type="dxa" w:w="259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11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7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문장 2</w:t>
                  </w:r>
                </w:p>
              </w:tc>
              <w:tc>
                <w:tcPr>
                  <w:tcW w:type="dxa" w:w="259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11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7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문장 3</w:t>
                  </w:r>
                </w:p>
              </w:tc>
              <w:tc>
                <w:tcPr>
                  <w:tcW w:type="dxa" w:w="259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11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7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문장 4</w:t>
                  </w:r>
                </w:p>
              </w:tc>
              <w:tc>
                <w:tcPr>
                  <w:tcW w:type="dxa" w:w="259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11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7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문장 5</w:t>
                  </w:r>
                </w:p>
              </w:tc>
              <w:tc>
                <w:tcPr>
                  <w:tcW w:type="dxa" w:w="259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11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79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짝이 다음 조각을 맞히기 쉬웠던 문장과 어려웠던 문장은 무엇인가요? 왜 그럴까요?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선이 가장 많이 모인 조각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LLM과 닮은 점, 다른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LLM은 토큰 사이의 관계를 따져 집중하고, 다음 토큰을 확률로 골라 문장을 이어 가요.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LLM은 문장을 토큰이라는 작은 조각으로 나눠서 처리한다.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LLM이 다음 말을 고르는 방식으로 알맞은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확률이 높은 후보들 가운데서 골라요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사전에서 아무 단어나 골라요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매번 사람에게 물어봐요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많은 글로 언어의 패턴을 미리 배우는 단계를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LLM의 답을 그대로 믿지 않고 확인해야 하는 까닭을 ‘패턴’이라는 말을 넣어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트랜스포머와 ‘거대’의 뜻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요즘 LLM 대부분은 2017년에 발표된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‘트랜스포머(transformer)’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구조를 바탕으로 해요. 챗GPT의 ‘GPT’에서 T도 트랜스포머를 뜻해요. 트랜스포머는 어텐션 덕분에 긴 글에서 멀리 떨어진 단어끼리의 관계도 잘 잡아요.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‘거대’라는 말은 가중치의 수가 보통 수십억 개가 넘고, 배운 글도 엄청나게 많다는 뜻이에요. 하지만 LLM은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글의 패턴을 계산할 뿐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, 사람처럼 세상을 직접 겪으며 이해하는 것은 아니에요. 그래서 그럴듯하지만 틀린 문장을 만들 수도 있어요.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생각해 봐요: 사람이 문장을 이해하는 방식과 LLM이 문장을 만드는 방식은 어떻게 다를까요?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거대언어모델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LLM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아주 많은 글로 배운 커다란 인공신경망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대화형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토큰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token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AI가 글을 처리하려고 나눈 작은 조각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“우산/을”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사전 학습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pre-training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많은 글로 언어의 패턴을 미리 배우기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다음 토큰 맞히기 연습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어텐션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attention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관련 깊은 토큰에 더 집중하는 계산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‘그것’ → ‘우산’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트랜스포머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transformer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어텐션을 바탕으로 한 신경망 구조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GPT의 T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확률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probability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그럴 것 같은 정도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‘폈다’ 55%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가중치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weight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신경망 속 중요도 숫자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수십억 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문맥(맥락)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context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앞뒤 내용과 상황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“비가 와서”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지시어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reference word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앞에 나온 것을 가리키는 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그것, 거기, 그때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패턴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pattern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글 속에서 되풀이되는 특징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“비” 다음에 “우산”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토큰은 단어일 수도 있고, 단어보다 작은 조각일 수도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앞 내용을 보고 후보마다 확률을 계산해 골라요.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사전 학습(pre-training)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‘다음 토큰 맞히기’를 엄청나게 연습해요.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LLM은 글의 패턴으로 그럴듯한 다음 말을 고를 뿐 사실을 확인하지 않아서, 틀린 내용도 자연스럽게 말할 수 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36CE3F7D-0260-40AA-AD5E-B4D25CF8E320}"/>
    <w:embedBold r:id="rIdF2" w:fontKey="{0AC6678F-1B41-47A2-87D1-05034190C0E7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23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23. 거대언어모델(LLM)은 어떻게 문장을 만들까?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23. 거대언어모델(LLM)은 어떻게 문장을 만들까?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