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FE7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24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  <w:shd w:val="clear" w:color="auto" w:fill="FFFFFF"/>
              </w:rPr>
              <w:t xml:space="preserve">  고급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다음 단어 맞히기 게임과 챗GPT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다음 단어 맞히기를 연습한 LLM을 대화 예시와 사람의 평가로 다듬었어요.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대화형 AI가 만들어지는 4단계(사전 학습 → 미세 조정 → RLHF → 대화 서비스)를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확률과 무작위성 때문에 같은 질문에도 답이 달라지는 까닭을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학습 시점과 환각 때문에 중요한 정보는 직접 확인해야 함을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6A3FB0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625A70"/>
          <w:sz w:val="19"/>
        </w:rPr>
        <w:t>한눈에 보는 24강 — LLM이 챗봇이 되기까지의 네 단계를 따라가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다음 단어 맞히기 연습이 어떻게 대화하는 AI가 되는지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LLM에서 챗봇으로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사전 학습을 마친 LLM은 글을 잘 이어 쓰지만, 질문에 친절하게 답하는 법은 아직 몰라요. 그래서 질문과 좋은 답의 예시로 한 번 더 가르쳐요. 이것을 </w:t>
      </w:r>
      <w:r>
        <w:rPr>
          <w:rFonts w:ascii="Pretendard" w:hAnsi="Pretendard" w:eastAsia="Pretendard" w:cs="Pretendard"/>
          <w:b/>
          <w:color w:val="6A3FB0"/>
          <w:sz w:val="24"/>
        </w:rPr>
        <w:t>미세 조정(fine-tuning)</w:t>
      </w:r>
      <w:r>
        <w:rPr>
          <w:rFonts w:ascii="Pretendard" w:hAnsi="Pretendard" w:eastAsia="Pretendard" w:cs="Pretendard"/>
          <w:b w:val="0"/>
          <w:color w:val="251D33"/>
          <w:sz w:val="24"/>
        </w:rPr>
        <w:t>이라고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그다음 사람들이 여러 답 가운데 더 좋은 답을 고르면, 그런 답을 더 잘 내도록 고쳐요. 이 방법을 </w:t>
      </w:r>
      <w:r>
        <w:rPr>
          <w:rFonts w:ascii="Pretendard" w:hAnsi="Pretendard" w:eastAsia="Pretendard" w:cs="Pretendard"/>
          <w:b/>
          <w:color w:val="6A3FB0"/>
          <w:sz w:val="24"/>
        </w:rPr>
        <w:t>RLHF(사람 피드백 강화 학습)</w:t>
      </w:r>
      <w:r>
        <w:rPr>
          <w:rFonts w:ascii="Pretendard" w:hAnsi="Pretendard" w:eastAsia="Pretendard" w:cs="Pretendard"/>
          <w:b w:val="0"/>
          <w:color w:val="251D33"/>
          <w:sz w:val="24"/>
        </w:rPr>
        <w:t>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그래도 AI가 배운 자료가 끝나는 때, 곧 </w:t>
      </w:r>
      <w:r>
        <w:rPr>
          <w:rFonts w:ascii="Pretendard" w:hAnsi="Pretendard" w:eastAsia="Pretendard" w:cs="Pretendard"/>
          <w:b/>
          <w:color w:val="6A3FB0"/>
          <w:sz w:val="24"/>
        </w:rPr>
        <w:t>학습 시점(knowledge cutoff)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이후의 일은 모를 수 있어요.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twinkl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“반짝반짝 작은 ___”으로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“반짝반짝 작은…”이라는 말을 들으면 ‘별’이 바로 떠오르지요? </w:t>
      </w:r>
      <w:r>
        <w:rPr>
          <w:rFonts w:ascii="Pretendard" w:hAnsi="Pretendard" w:eastAsia="Pretendard" w:cs="Pretendard"/>
          <w:b/>
          <w:color w:val="6A3FB0"/>
          <w:sz w:val="24"/>
        </w:rPr>
        <w:t>많이 들어 봐서 다음에 올 말이 익숙하기 때문</w:t>
      </w:r>
      <w:r>
        <w:rPr>
          <w:rFonts w:ascii="Pretendard" w:hAnsi="Pretendard" w:eastAsia="Pretendard" w:cs="Pretendard"/>
          <w:b w:val="0"/>
          <w:color w:val="251D33"/>
          <w:sz w:val="24"/>
        </w:rPr>
        <w:t>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LLM은 이런 ‘다음 말 맞히기’를 사람이 평생 읽어도 다 못 읽을 만큼 많은 글로 연습했어요. 그래서 말을 자연스럽게 이어 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하지만 </w:t>
      </w:r>
      <w:r>
        <w:rPr>
          <w:rFonts w:ascii="Pretendard" w:hAnsi="Pretendard" w:eastAsia="Pretendard" w:cs="Pretendard"/>
          <w:b/>
          <w:color w:val="6A3FB0"/>
          <w:sz w:val="24"/>
        </w:rPr>
        <w:t>익숙한 말을 잇는 것과 그 내용이 사실인지 아는 것은 서로 다른 일</w:t>
      </w:r>
      <w:r>
        <w:rPr>
          <w:rFonts w:ascii="Pretendard" w:hAnsi="Pretendard" w:eastAsia="Pretendard" w:cs="Pretendard"/>
          <w:b w:val="0"/>
          <w:color w:val="251D33"/>
          <w:sz w:val="24"/>
        </w:rPr>
        <w:t>이에요.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챗GPT 같은 대화형 AI는 ‘다음 단어 맞히기’를 엄청나게 연습한 LLM을 대화 예시와 사람의 평가로 한 번 더 다듬어 만든 거예요. 그래도 학습한 시점 이후의 일은 모를 수 있고, 틀린 말도 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dialog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생활 속 대화형 AI 바르게 쓰기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대화형 AI는 질문에 답하기, 글 다듬기, 아이디어 넓히기에 쓰여요. 같은 질문에도 답이 조금씩 다른 것은, 늘 확률이 가장 높은 단어만 고르지 않고 </w:t>
      </w:r>
      <w:r>
        <w:rPr>
          <w:rFonts w:ascii="Pretendard" w:hAnsi="Pretendard" w:eastAsia="Pretendard" w:cs="Pretendard"/>
          <w:b/>
          <w:color w:val="6A3FB0"/>
          <w:sz w:val="24"/>
        </w:rPr>
        <w:t>약간의 무작위성을 섞어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고르기 때문이에요.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최신 뉴스나 오늘 날씨처럼 학습 시점 이후의 일은 모를 수 있고, 모르면서 그럴듯하게 지어낼 수도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그래서 중요한 정보는 직접 확인하고, 개인 정보는 넣지 않아요. 많은 서비스는 나이 기준이 있으니 보호자나 선생님과 함께 써요.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 xml:space="preserve">  뒤에 나오는 ‘직접 해보기 미션’에서 반 친구들과 다음 단어 확률을 직접 계산해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미리 짐작하기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“주말에 가족과 함께…” 다음에 올 단어로 반에서 가장 많이 나올 것 같은 말을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미션에서 실제 결과와 비교해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숫자로 보는 24강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8B5CD6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54"/>
              </w:rPr>
              <w:t>2022</w:t>
            </w:r>
            <w:r>
              <w:rPr>
                <w:rFonts w:ascii="Pretendard" w:hAnsi="Pretendard" w:eastAsia="Pretendard" w:cs="Pretendard"/>
                <w:b/>
                <w:color w:val="6A3FB0"/>
                <w:sz w:val="32"/>
              </w:rPr>
              <w:t xml:space="preserve">년 </w:t>
            </w:r>
            <w:r>
              <w:rPr>
                <w:rFonts w:ascii="Pretendard" w:hAnsi="Pretendard" w:eastAsia="Pretendard" w:cs="Pretendard"/>
                <w:b/>
                <w:color w:val="6A3FB0"/>
                <w:sz w:val="54"/>
              </w:rPr>
              <w:t>11</w:t>
            </w:r>
            <w:r>
              <w:rPr>
                <w:rFonts w:ascii="Pretendard" w:hAnsi="Pretendard" w:eastAsia="Pretendard" w:cs="Pretendard"/>
                <w:b/>
                <w:color w:val="6A3FB0"/>
                <w:sz w:val="32"/>
              </w:rPr>
              <w:t>월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챗GPT가 공개됐어요. 그 뒤 비슷한 대화형 AI가 여러 회사에서 나왔어요.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25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 xml:space="preserve">명 중 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명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미션 예시: 반 25명 가운데 10명이 다음 단어로 ‘공원’을 적었어요.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40%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그때 ‘공원’의 확률 (10÷25). 확률로 다음 단어를 고르는 연습이에요.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6A3FB0"/>
          <w:sz w:val="19"/>
        </w:rPr>
        <w:t>사실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챗봇이 되기까지의 과정을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챗봇이 되기까지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비유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① 다음 단어 맞히기</w:t>
              <w:br/>
              <w:t>(사전 학습)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아주 많은 글로 다음 토큰을 맞히는 연습을 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“반짝반짝 작은 ___” 맞히기를 엄청나게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② 대화 예시로 다듬기</w:t>
              <w:br/>
              <w:t>(미세 조정)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질문과 좋은 답의 예시를 보여 주며 대화하는 법을 익혀요.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모범 답안을 보며 답하는 법 익히기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③ 사람 평가 반영</w:t>
              <w:br/>
              <w:t>(RLHF)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사람들이 여러 답 가운데 더 좋은 답을 고르면, 그런 답을 더 잘 내도록 고쳐요.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선생님이 더 좋은 답에 표시해 주기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④ 대화 서비스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우리가 질문하면 토큰을 하나씩 이어 붙여 답을 만들어요.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질문을 받고 한 단어씩 답하기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가장 높은 것만 고를 때와 무작위성을 섞을 때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고르는 방법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좋은 점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아쉬운 점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늘 가장 높은 단어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답이 늘 같고 안정적이에요.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뻔하고 같은 말을 되풀이하기 쉬워요.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가끔 낮은 단어도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다양하고 새로운 문장이 나와요.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엉뚱하거나 틀린 말이 섞일 수 있어요.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시를 쓸 때와 수학 풀이를 물을 때, 어느 고르는 방법이 더 알맞을까요? 까닭도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다양함이 필요한 일과 정확함이 필요한 일을 나눠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“주말에 가족과 함께…” 다음 단어 (우리 반 25명)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※ 반 25명을 예로 들어 만든 숫자예요 (공원 10명, 영화관 6명, 캠핑 5명, 기타 4명). 실제 결과는 반마다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‘공원’만 고르면 문장은 어떻게 될까요? 가끔 ‘캠핑’을 고르면 어떻게 달라질까요?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이 그래프는 예시 데이터예요. 막대의 합이 100%인지도 확인해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미세 조정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fine-tuning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미리 배운 모델을 특정 목적에 맞게 더 가르치는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사람 피드백 강화 학습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RLHF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사람이 고른 좋은 답 쪽으로 AI를 다듬는 방법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학습 시점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knowledge cutoff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AI가 배운 자료가 끝나는 때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FFB547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우리 반 다음 단어 확률 게임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짝이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“주말에 가족과 함께…”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처럼 문장 앞부분을 칠판이나 종이에 써요. 모두 다음 단어를 하나씩 적은 뒤, 많이 나온 순서대로 표를 만들어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‘확률’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을 계산해 봐요. (예: 25명 중 10명이 ‘공원’ → 40%)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문장 앞부분을 정하고, 모두 다음 단어를 하나씩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많이 나온 순서대로 표에 적고, 확률(사람 수 ÷ 전체 × 100)을 계산해요.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가장 많이 나온 단어만 고를 때와, 가끔 적게 나온 단어도 고를 때 문장이 어떻게 달라지는지 비교해요.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실제 챗봇으로 해 본다면 보호자나 선생님과 함께, 나이 기준에 맞는 서비스에서 해요.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020"/>
              <w:gridCol w:w="3691"/>
              <w:gridCol w:w="2109"/>
              <w:gridCol w:w="2109"/>
            </w:tblGrid>
            <w:tr>
              <w:trPr>
                <w:cantSplit/>
              </w:trPr>
              <w:tc>
                <w:tcPr>
                  <w:tcW w:type="dxa" w:w="1020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3691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다음 단어</w:t>
                  </w:r>
                </w:p>
              </w:tc>
              <w:tc>
                <w:tcPr>
                  <w:tcW w:type="dxa" w:w="2109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사람 수</w:t>
                  </w:r>
                </w:p>
              </w:tc>
              <w:tc>
                <w:tcPr>
                  <w:tcW w:type="dxa" w:w="2109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확률 (%)</w:t>
                  </w: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1위</w:t>
                  </w:r>
                </w:p>
              </w:tc>
              <w:tc>
                <w:tcPr>
                  <w:tcW w:type="dxa" w:w="369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2위</w:t>
                  </w:r>
                </w:p>
              </w:tc>
              <w:tc>
                <w:tcPr>
                  <w:tcW w:type="dxa" w:w="369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3위</w:t>
                  </w:r>
                </w:p>
              </w:tc>
              <w:tc>
                <w:tcPr>
                  <w:tcW w:type="dxa" w:w="369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4위</w:t>
                  </w:r>
                </w:p>
              </w:tc>
              <w:tc>
                <w:tcPr>
                  <w:tcW w:type="dxa" w:w="369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기타</w:t>
                  </w:r>
                </w:p>
              </w:tc>
              <w:tc>
                <w:tcPr>
                  <w:tcW w:type="dxa" w:w="369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1위 단어만 이어서 만든 문장과, 3위 단어로 만든 문장을 각각 써 보세요.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확률 게임과 챗봇이 닮은 점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확률로 고르면 생기는 문제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챗봇도 다음 단어 후보마다 확률을 매기고, 약간의 무작위성을 섞어 골라요.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챗봇은 학습 이후에 생긴 일도 항상 정확히 안다.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사람이 더 좋은 답을 골라 주어 AI를 다듬는 방법은?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① RLHF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② 픽셀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③ 입력층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25명 가운데 5명이 ‘캠핑’을 적었다면 ‘캠핑’의 확률은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  <w:u w:val="thick" w:color="6A3FB0"/>
                <w:shd w:val="clear" w:color="auto" w:fill="F4EFFB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>%예요.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같은 질문을 두 번 했는데 챗봇의 답이 달랐어요. 그 까닭을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6A3FB0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534866"/>
                      <w:sz w:val="22"/>
                    </w:rPr>
                    <w:t>무작위성, 환각, 그리고 검색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챗봇은 늘 확률이 가장 높은 단어만 고르지 않고,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약간의 무작위성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을 섞어서 골라요. 그래서 같은 질문에도 답이 조금씩 달라질 수 있어요. 또 ‘다음 말로 그럴듯한가’를 기준으로 만들어지기 때문에, 사실이 아닌 내용도 자연스럽게 말하는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환각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이 생겨요.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요즘은 검색 결과를 함께 참고하는 서비스도 있지만, 그 검색 결과나 요약도 틀릴 수 있어요. 챗GPT는 2022년 11월에 공개되었고, 그 뒤 비슷한 대화형 AI가 여러 회사에서 나왔어요.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어떤 서비스든 중요한 정보는 직접 확인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해요.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생각해 봐요: 챗봇이 “제가 아는 정보는 특정 시점까지예요.”라고 말한다면, 어떤 질문을 할 때 특히 조심해야 할까요?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대화형 AI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conversational AI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질문에 대화하듯 답하는 AI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챗GPT 같은 챗봇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사전 학습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pre-training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많은 글로 다음 토큰 맞히기 연습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“반짝반짝 작은 별”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미세 조정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fine-tuning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미리 배운 모델을 목적에 맞게 더 가르치기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대화 예시로 다듬기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사람 피드백 강화 학습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RLHF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사람이 고른 좋은 답 쪽으로 다듬기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더 좋은 답에 표시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피드백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feedback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써 본 사람의 평가나 의견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“이 답이 더 좋아요.”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학습 시점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knowledge cutoff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AI가 배운 자료가 끝나는 때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그 뒤 소식은 모름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무작위성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randomness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정해지지 않고 우연히 고르는 성질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같은 질문, 다른 답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확률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probability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그럴 것 같은 정도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공원 40%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환각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hallucination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없는 사실을 그럴듯하게 지어내기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없는 책 제목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토큰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token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AI가 글을 나눈 작은 조각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한 단어씩 이어 붙이기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625A70"/>
              <w:left w:val="dashed" w:sz="6" w:space="0" w:color="625A70"/>
              <w:bottom w:val="dashed" w:sz="6" w:space="0" w:color="625A70"/>
              <w:right w:val="dashed" w:sz="6" w:space="0" w:color="625A70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학습 시점 이후의 일은 모를 수 있고, 모르면서 그럴듯하게 지어낼 수도 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2. ①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사람의 피드백을 이용한 강화 학습이에요.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3. 20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5 ÷ 25 × 100 = 20이에요.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챗봇은 확률이 가장 높은 단어만 고르지 않고 약간의 무작위성을 섞어 고르기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7E8FF7A1-FB3F-405E-8ADB-17931380AEB0}"/>
    <w:embedBold r:id="rIdF2" w:fontKey="{0AE952C9-8963-4E2B-AE6C-A93961768044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625A70"/>
        <w:sz w:val="19"/>
      </w:rPr>
      <w:t xml:space="preserve">고급 24  ·  </w:t>
    </w:r>
    <w:r>
      <w:rPr>
        <w:rFonts w:ascii="Pretendard" w:hAnsi="Pretendard" w:eastAsia="Pretendard" w:cs="Pretendard"/>
        <w:b/>
        <w:color w:val="6A3FB0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6A3FB0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625A70"/>
              <w:sz w:val="19"/>
            </w:rPr>
            <w:t xml:space="preserve">   |   고급 24. 다음 단어 맞히기 게임과 챗GPT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251D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고급 24. 다음 단어 맞히기 게임과 챗GPT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