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FE7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26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  <w:shd w:val="clear" w:color="auto" w:fill="FFFFFF"/>
              </w:rPr>
              <w:t xml:space="preserve">  고급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딥페이크와 가짜 정보 구별하기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눈으로만은 어려워요. 출처를 확인하고 여러 곳에서 교차 확인해요.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딥페이크와 허위 정보의 뜻을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의심해 볼 4가지 신호와 그 한계를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딥페이크를 받았거나 피해를 봤을 때 알맞게 행동할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6A3FB0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625A70"/>
          <w:sz w:val="19"/>
        </w:rPr>
        <w:t>한눈에 보는 26강 — 의심해 볼 네 가지 신호를 먼저 살펴보세요.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진짜처럼 보이는 가짜를 가려내고, 나와 친구를 지키는 방법을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딥페이크와 허위 정보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6A3FB0"/>
          <w:sz w:val="24"/>
        </w:rPr>
        <w:t>딥페이크(deepfake)</w:t>
      </w:r>
      <w:r>
        <w:rPr>
          <w:rFonts w:ascii="Pretendard" w:hAnsi="Pretendard" w:eastAsia="Pretendard" w:cs="Pretendard"/>
          <w:b w:val="0"/>
          <w:color w:val="251D33"/>
          <w:sz w:val="24"/>
        </w:rPr>
        <w:t>는 AI로 얼굴이나 목소리를 바꾸거나 만든 가짜 영상·사진·소리예요. ‘딥러닝’과 ‘가짜(fake)’를 합친 말이에요.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남을 속이려고 일부러 만든 거짓 정보를 </w:t>
      </w:r>
      <w:r>
        <w:rPr>
          <w:rFonts w:ascii="Pretendard" w:hAnsi="Pretendard" w:eastAsia="Pretendard" w:cs="Pretendard"/>
          <w:b/>
          <w:color w:val="6A3FB0"/>
          <w:sz w:val="24"/>
        </w:rPr>
        <w:t>허위 정보(disinformation)</w:t>
      </w:r>
      <w:r>
        <w:rPr>
          <w:rFonts w:ascii="Pretendard" w:hAnsi="Pretendard" w:eastAsia="Pretendard" w:cs="Pretendard"/>
          <w:b w:val="0"/>
          <w:color w:val="251D33"/>
          <w:sz w:val="24"/>
        </w:rPr>
        <w:t>라고 해요. 딥페이크는 허위 정보를 더 그럴듯하게 만드는 데 쓰이기도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요즘 딥페이크는 눈으로 구별하기가 점점 어려워요. 그래서 </w:t>
      </w:r>
      <w:r>
        <w:rPr>
          <w:rFonts w:ascii="Pretendard" w:hAnsi="Pretendard" w:eastAsia="Pretendard" w:cs="Pretendard"/>
          <w:b/>
          <w:color w:val="6A3FB0"/>
          <w:sz w:val="24"/>
        </w:rPr>
        <w:t>“누가, 언제, 어디에 처음 올렸지?”</w:t>
      </w:r>
      <w:r>
        <w:rPr>
          <w:rFonts w:ascii="Pretendard" w:hAnsi="Pretendard" w:eastAsia="Pretendard" w:cs="Pretendard"/>
          <w:b w:val="0"/>
          <w:color w:val="251D33"/>
          <w:sz w:val="24"/>
        </w:rPr>
        <w:t>를 확인하는 습관이 가장 중요해요.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banknot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지폐의 숨은 표시로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지폐가 진짜인지 볼 때는 겉모양만 보지 않고, </w:t>
      </w:r>
      <w:r>
        <w:rPr>
          <w:rFonts w:ascii="Pretendard" w:hAnsi="Pretendard" w:eastAsia="Pretendard" w:cs="Pretendard"/>
          <w:b/>
          <w:color w:val="6A3FB0"/>
          <w:sz w:val="24"/>
        </w:rPr>
        <w:t>빛에 비춰 숨은 그림이나 반짝이는 띠 같은 표시</w:t>
      </w:r>
      <w:r>
        <w:rPr>
          <w:rFonts w:ascii="Pretendard" w:hAnsi="Pretendard" w:eastAsia="Pretendard" w:cs="Pretendard"/>
          <w:b w:val="0"/>
          <w:color w:val="251D33"/>
          <w:sz w:val="24"/>
        </w:rPr>
        <w:t>를 확인하지요.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딥페이크도 겉으로는 진짜처럼 보여요.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그래서 </w:t>
      </w:r>
      <w:r>
        <w:rPr>
          <w:rFonts w:ascii="Pretendard" w:hAnsi="Pretendard" w:eastAsia="Pretendard" w:cs="Pretendard"/>
          <w:b/>
          <w:color w:val="6A3FB0"/>
          <w:sz w:val="24"/>
        </w:rPr>
        <w:t>“누가, 언제, 어디에 처음 올렸지?”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같은 숨은 증거를 찾아봐야 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딥페이크(deepfake)는 AI로 사람의 얼굴이나 목소리를 바꾸거나 만들어 낸 가짜 영상·사진·소리예요. 눈으로 구별하기가 점점 어려워지니, 출처를 확인하고 여러 곳에서 교차 확인하는 습관이 가장 중요해요.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shadow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생활 속에서 나를 지키는 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“빨리 퍼뜨려!”, “충격!”처럼 감정을 부추기는 글은 일단 멈추고 확인해요. 공유 버튼을 누르기 전에 처음 올린 곳과 믿을 만한 언론, 공공 기관의 발표를 찾아봐요.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목소리를 흉내 낸 전화로 돈을 보내 달라는 사기도 있어요. 가족의 목소리라도 이상하면 끊고, 알고 있는 번호로 다시 걸어 확인해요.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친구 얼굴이 합성된 영상을 받으면 </w:t>
      </w:r>
      <w:r>
        <w:rPr>
          <w:rFonts w:ascii="Pretendard" w:hAnsi="Pretendard" w:eastAsia="Pretendard" w:cs="Pretendard"/>
          <w:b/>
          <w:color w:val="6A3FB0"/>
          <w:sz w:val="24"/>
        </w:rPr>
        <w:t>퍼뜨리지 않고, 선생님이나 보호자에게 알려요.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 피해를 봤다면 혼자 고민하지 말고 도움을 요청해요.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 xml:space="preserve">  뒤에 나오는 ‘직접 해보기 미션’에서 점검표로 사진·뉴스 카드를 판정해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충격적인 영상을 받았을 때, 공유하기 전에 스스로에게 물어볼 질문을 하나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예: “처음 올린 사람은 누구지?”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숫자로 보는 26강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8B5CD6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54"/>
              </w:rPr>
              <w:t>117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학교폭력 신고·상담 전화. 딥페이크 피해도 도움을 요청할 수 있어요.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단계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이상한 영상을 받았을 때: 멈추기 → 출처 확인하기 → 어른에게 알리기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의심해 볼 신호: 입과 소리, 빛과 그림자, 흐릿한 경계, 출처 없음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6A3FB0"/>
          <w:sz w:val="19"/>
        </w:rPr>
        <w:t>사실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의심 신호와 그다음에 할 일을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의심해 볼 4가지 신호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신호</w:t>
            </w:r>
          </w:p>
        </w:tc>
        <w:tc>
          <w:tcPr>
            <w:tcW w:type="dxa" w:w="3969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이런 모습이에요</w:t>
            </w:r>
          </w:p>
        </w:tc>
        <w:tc>
          <w:tcPr>
            <w:tcW w:type="dxa" w:w="362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이렇게 확인해요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① 입과 소리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입 모양과 목소리가 어긋나거나 말투가 어색해요.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소리를 끄고 입 모양만, 눈을 감고 소리만 들어 봐요.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② 빛과 그림자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얼굴과 배경의 밝기, 그림자 방향이 맞지 않아요.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빛이 오는 쪽과 그림자 방향을 비교해요.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③ 흐릿한 경계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머리카락, 귀, 안경테 같은 경계가 뭉개지거나 깜빡여요.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멈춤 화면으로 경계를 확대해 봐요.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④ 출처 없음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처음 올린 곳이 불분명하고 “빨리 퍼뜨려!”처럼 감정을 부추겨요.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처음 올린 곳, 믿을 만한 언론·기관 발표를 찾아요.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받았을 때 해야 할 일과 하지 말아야 할 일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상황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이렇게 해요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하지 않아요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의심스러운 영상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멈추고 출처와 교차 확인부터 해요.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확인 없이 공유해요.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친구 얼굴 합성물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퍼뜨리지 않고 선생님·보호자에게 알려요.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재미로 고쳐 다시 만들어요.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내가 피해를 봤을 때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증거를 남기고 어른과 117에 도움을 요청해요.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혼자 고민하며 숨겨요.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4가지 신호가 하나도 보이지 않으면 진짜라고 믿어도 될까요? 까닭을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요즘 딥페이크는 신호가 없을 수도 있어요.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판정 방법에 따라 맞힌 카드 수 (10장 중)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※ 이해를 도우려고 만든 예시 숫자예요. 출처와 교차 확인을 더해도 100% 가려낼 수 있는 것은 아니에요.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어떤 방법이 가장 많이 맞혔나요? 그래도 10장을 다 맞히지 못한 것은 무엇을 뜻할까요?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이 그래프는 예시 데이터예요. 신호의 한계를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딥페이크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deepfake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AI로 얼굴이나 목소리를 바꾸거나 만든 가짜 영상·사진·소리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허위 정보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disinformation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남을 속이려고 일부러 만든 거짓 정보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FFB547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점검표로 사진·뉴스 카드 판정하기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선생님이 미리 준비한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사진·뉴스 카드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(진짜와 조작이 섞여 있어요)를 보고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‘4가지 신호’와 ‘출처·교차 확인’ 점검표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로 판정해 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카드마다 4가지 신호가 보이는지 살펴 표에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출처가 분명한지, 다른 믿을 만한 곳에서도 같은 내용인지 확인해요.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‘진짜 같음 / 가짜 같음 / 판단 보류’ 가운데 하나로 판정하고 까닭을 말해요.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딥페이크를 직접 만들어 보는 활동은 하지 않아요. 특히 친구, 선생님, 연예인 같은 실제 사람의 얼굴이나 목소리로는 장난으로라도 만들지 않고, 받은 것은 퍼뜨리지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020"/>
              <w:gridCol w:w="2700"/>
              <w:gridCol w:w="1736"/>
              <w:gridCol w:w="1736"/>
              <w:gridCol w:w="1736"/>
            </w:tblGrid>
            <w:tr>
              <w:trPr>
                <w:cantSplit/>
              </w:trPr>
              <w:tc>
                <w:tcPr>
                  <w:tcW w:type="dxa" w:w="1020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2701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보인 신호</w:t>
                  </w:r>
                </w:p>
              </w:tc>
              <w:tc>
                <w:tcPr>
                  <w:tcW w:type="dxa" w:w="1736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출처</w:t>
                  </w:r>
                </w:p>
              </w:tc>
              <w:tc>
                <w:tcPr>
                  <w:tcW w:type="dxa" w:w="1736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교차 확인</w:t>
                  </w:r>
                </w:p>
              </w:tc>
              <w:tc>
                <w:tcPr>
                  <w:tcW w:type="dxa" w:w="1736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판정</w:t>
                  </w: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카드 1</w:t>
                  </w:r>
                </w:p>
              </w:tc>
              <w:tc>
                <w:tcPr>
                  <w:tcW w:type="dxa" w:w="270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3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3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3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카드 2</w:t>
                  </w:r>
                </w:p>
              </w:tc>
              <w:tc>
                <w:tcPr>
                  <w:tcW w:type="dxa" w:w="270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3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3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3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카드 3</w:t>
                  </w:r>
                </w:p>
              </w:tc>
              <w:tc>
                <w:tcPr>
                  <w:tcW w:type="dxa" w:w="270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3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3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3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24" w:hRule="exact"/>
              </w:trPr>
              <w:tc>
                <w:tcPr>
                  <w:tcW w:type="dxa" w:w="1020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카드 4</w:t>
                  </w:r>
                </w:p>
              </w:tc>
              <w:tc>
                <w:tcPr>
                  <w:tcW w:type="dxa" w:w="2701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3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3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73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‘판단 보류’로 한 카드가 있나요? 그렇게 정한 까닭은 무엇인가요?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701" w:hRule="atLeast"/>
              </w:trPr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가장 헷갈렸던 카드와 그 까닭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공유하기 전 나의 약속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눈으로 구별하기 어려울수록, 출처 확인과 교차 확인이 나를 지켜 줘요.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딥페이크는 항상 어색해서 눈으로 쉽게 구별할 수 있다.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친구 얼굴이 합성된 이상한 영상을 받았을 때 알맞은 행동은?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① 재미있으니 단체 대화방에 공유한다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② 공유하지 않고 선생님이나 보호자에게 알린다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③ 더 재미있게 고쳐서 다시 만든다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남을 속이려고 일부러 만든 거짓 정보를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  <w:u w:val="thick" w:color="6A3FB0"/>
                <w:shd w:val="clear" w:color="auto" w:fill="F4EFFB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가족 목소리로 “급하게 돈을 보내 줘”라는 전화를 받았어요. 어떻게 해야 할까요?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6A3FB0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534866"/>
                      <w:sz w:val="22"/>
                    </w:rPr>
                    <w:t>만들지도, 퍼뜨리지도 않아요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딥페이크는 보통 AI가 어떤 사람의 사진과 영상을 많이 배운 뒤, 다른 영상 속 얼굴에 그 사람의 얼굴을 입히는 방식으로 만들어요. 짧은 녹음으로 목소리를 흉내 내 사기에 쓰기도 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실제 사람의 얼굴이나 몸을 이용한 가짜 영상은 그 사람에게 큰 상처를 줘요. 특히 성적인 합성물은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장난으로라도 만들지 않고, 받았다면 퍼뜨리지 말고 바로 어른에게 알려요.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퍼뜨리는 순간 피해가 더 커져요.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피해를 보거나 발견하면 혼자 고민하지 말고 선생님과 보호자에게 알리고,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117(학교폭력 신고·상담)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에도 도움을 요청할 수 있어요.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딥페이크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deepfake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AI로 얼굴·목소리를 바꾸거나 만든 가짜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합성된 가짜 영상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허위 정보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disinformation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남을 속이려고 일부러 만든 거짓 정보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조작된 뉴스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합성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synthesis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여러 것을 섞어 하나로 만들기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얼굴 바꾸기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출처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source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정보가 처음 나온 곳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처음 올린 계정, 언론사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교차 확인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cross-check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여러 곳에서 같은 내용인지 비교하기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언론 두 곳 확인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조작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manipulation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사실과 다르게 꾸며 바꾸기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사진 조작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음성 사기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voice phishing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목소리로 속여 돈을 빼앗는 사기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가짜 가족 전화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판단 보류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suspend judgment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확실할 때까지 결정을 미루기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“아직 모르겠어요.”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신고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report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피해나 나쁜 일을 어른이나 기관에 알리기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117에 알리기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2차 피해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secondary harm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퍼뜨리거나 놀려서 피해가 더 커지는 것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영상 공유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625A70"/>
              <w:left w:val="dashed" w:sz="6" w:space="0" w:color="625A70"/>
              <w:bottom w:val="dashed" w:sz="6" w:space="0" w:color="625A70"/>
              <w:right w:val="dashed" w:sz="6" w:space="0" w:color="625A70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점점 정교해져서 눈만으로는 어려워요. 출처 확인과 교차 확인이 중요해요.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2. ②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퍼뜨리면 친구의 피해가 더 커져요. 어른에게 알리는 것이 친구를 돕는 길이에요.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3. 허위 정보(disinformation)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딥페이크가 허위 정보에 쓰이기도 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바로 보내지 말고 전화를 끊은 뒤, 알고 있는 가족 번호로 다시 걸어 확인하고 보호자에게 알려요.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B034351A-EAFF-4151-BD22-A22D0E854C90}"/>
    <w:embedBold r:id="rIdF2" w:fontKey="{27B5054B-BD91-4C36-9ACB-B2E0EC9BD863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625A70"/>
        <w:sz w:val="19"/>
      </w:rPr>
      <w:t xml:space="preserve">고급 26  ·  </w:t>
    </w:r>
    <w:r>
      <w:rPr>
        <w:rFonts w:ascii="Pretendard" w:hAnsi="Pretendard" w:eastAsia="Pretendard" w:cs="Pretendard"/>
        <w:b/>
        <w:color w:val="6A3FB0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6A3FB0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625A70"/>
              <w:sz w:val="19"/>
            </w:rPr>
            <w:t xml:space="preserve">   |   고급 26. 딥페이크와 가짜 정보 구별하기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251D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고급 26. 딥페이크와 가짜 정보 구별하기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