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FE7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27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  <w:shd w:val="clear" w:color="auto" w:fill="FFFFFF"/>
              </w:rPr>
              <w:t xml:space="preserve">  고급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AI가 만든 그림과 글, 바르게 쓰려면?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AI로 만든 것은 정직하게 밝히고, 창작자를 존중해요.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창작자와 출처 표시의 뜻을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AI 작품에서 ‘내가 만든 몫’을 정직하게 밝혀야 하는 까닭을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AI 작품을 쓸 때 4가지 약속을 지키고 알맞은 표시 문구를 쓸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6A3FB0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625A70"/>
          <w:sz w:val="19"/>
        </w:rPr>
        <w:t>한눈에 보는 27강 — AI 작품을 쓸 때 지킬 4가지 약속을 살펴보세요.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AI가 만든 작품을 바르게 쓰고, 창작자를 존중하는 방법을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창작자를 존중한다는 것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그림, 글, 노래를 직접 만든 사람을 </w:t>
      </w:r>
      <w:r>
        <w:rPr>
          <w:rFonts w:ascii="Pretendard" w:hAnsi="Pretendard" w:eastAsia="Pretendard" w:cs="Pretendard"/>
          <w:b/>
          <w:color w:val="6A3FB0"/>
          <w:sz w:val="24"/>
        </w:rPr>
        <w:t>창작자(creator)</w:t>
      </w:r>
      <w:r>
        <w:rPr>
          <w:rFonts w:ascii="Pretendard" w:hAnsi="Pretendard" w:eastAsia="Pretendard" w:cs="Pretendard"/>
          <w:b w:val="0"/>
          <w:color w:val="251D33"/>
          <w:sz w:val="24"/>
        </w:rPr>
        <w:t>라고 해요. 작품에는 창작자의 시간과 노력이 담겨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그래서 남의 작품을 쓸 때는 </w:t>
      </w:r>
      <w:r>
        <w:rPr>
          <w:rFonts w:ascii="Pretendard" w:hAnsi="Pretendard" w:eastAsia="Pretendard" w:cs="Pretendard"/>
          <w:b/>
          <w:color w:val="6A3FB0"/>
          <w:sz w:val="24"/>
        </w:rPr>
        <w:t>허락받고 쓰고, 누가 만들었는지 밝혀요.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가져온 곳과 만든 사람을 밝히는 것을 </w:t>
      </w:r>
      <w:r>
        <w:rPr>
          <w:rFonts w:ascii="Pretendard" w:hAnsi="Pretendard" w:eastAsia="Pretendard" w:cs="Pretendard"/>
          <w:b/>
          <w:color w:val="6A3FB0"/>
          <w:sz w:val="24"/>
        </w:rPr>
        <w:t>출처 표시(attribution)</w:t>
      </w:r>
      <w:r>
        <w:rPr>
          <w:rFonts w:ascii="Pretendard" w:hAnsi="Pretendard" w:eastAsia="Pretendard" w:cs="Pretendard"/>
          <w:b w:val="0"/>
          <w:color w:val="251D33"/>
          <w:sz w:val="24"/>
        </w:rPr>
        <w:t>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AI가 만든 그림과 글을 누구의 것으로 볼지는 세계적으로 아직 논의 중이에요. 답이 정해지지 않았을수록 </w:t>
      </w:r>
      <w:r>
        <w:rPr>
          <w:rFonts w:ascii="Pretendard" w:hAnsi="Pretendard" w:eastAsia="Pretendard" w:cs="Pretendard"/>
          <w:b/>
          <w:color w:val="6A3FB0"/>
          <w:sz w:val="24"/>
        </w:rPr>
        <w:t>정직하게 밝히는 습관</w:t>
      </w:r>
      <w:r>
        <w:rPr>
          <w:rFonts w:ascii="Pretendard" w:hAnsi="Pretendard" w:eastAsia="Pretendard" w:cs="Pretendard"/>
          <w:b w:val="0"/>
          <w:color w:val="251D33"/>
          <w:sz w:val="24"/>
        </w:rPr>
        <w:t>이 중요해요.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piano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자동 연주 피아노로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건반을 누르지 않아도 혼자 곡을 연주하는 자동 연주 피아노가 있어요. </w:t>
      </w:r>
      <w:r>
        <w:rPr>
          <w:rFonts w:ascii="Pretendard" w:hAnsi="Pretendard" w:eastAsia="Pretendard" w:cs="Pretendard"/>
          <w:b/>
          <w:color w:val="6A3FB0"/>
          <w:sz w:val="24"/>
        </w:rPr>
        <w:t>버튼만 눌러 놓고 “내가 연주했어!”</w:t>
      </w:r>
      <w:r>
        <w:rPr>
          <w:rFonts w:ascii="Pretendard" w:hAnsi="Pretendard" w:eastAsia="Pretendard" w:cs="Pretendard"/>
          <w:b w:val="0"/>
          <w:color w:val="251D33"/>
          <w:sz w:val="24"/>
        </w:rPr>
        <w:t>라고 할 수 있을까요?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하지만 내가 곡을 고르고, 빠르기를 바꾸고, 직접 편곡한 부분이 있다면 </w:t>
      </w:r>
      <w:r>
        <w:rPr>
          <w:rFonts w:ascii="Pretendard" w:hAnsi="Pretendard" w:eastAsia="Pretendard" w:cs="Pretendard"/>
          <w:b/>
          <w:color w:val="6A3FB0"/>
          <w:sz w:val="24"/>
        </w:rPr>
        <w:t>그 부분은 내 몫</w:t>
      </w:r>
      <w:r>
        <w:rPr>
          <w:rFonts w:ascii="Pretendard" w:hAnsi="Pretendard" w:eastAsia="Pretendard" w:cs="Pretendard"/>
          <w:b w:val="0"/>
          <w:color w:val="251D33"/>
          <w:sz w:val="24"/>
        </w:rPr>
        <w:t>이라고 말할 수 있겠지요.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AI 작품도 </w:t>
      </w:r>
      <w:r>
        <w:rPr>
          <w:rFonts w:ascii="Pretendard" w:hAnsi="Pretendard" w:eastAsia="Pretendard" w:cs="Pretendard"/>
          <w:b/>
          <w:color w:val="6A3FB0"/>
          <w:sz w:val="24"/>
        </w:rPr>
        <w:t>‘내가 만든 몫’이 어디까지인지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정직하게 밝히는 것이 중요해요.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AI로 그림과 글을 쉽게 만들 수 있지만, 그 바탕에는 사람들이 만든 수많은 작품이 있어요. AI 작품을 쓸 때는 AI를 썼다고 밝히고, 남의 작품은 허락받고 쓰고, 출처를 적는 습관이 중요해요. AI 작품을 누구의 것으로 볼지는 세계적으로 아직 논의 중이에요.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cit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생활 속 AI 작품 바르게 쓰기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발표 자료에 AI로 만든 그림을 넣는다면 “그림: AI 도구로 만든 뒤 색과 글자는 내가 고침”처럼 </w:t>
      </w:r>
      <w:r>
        <w:rPr>
          <w:rFonts w:ascii="Pretendard" w:hAnsi="Pretendard" w:eastAsia="Pretendard" w:cs="Pretendard"/>
          <w:b/>
          <w:color w:val="6A3FB0"/>
          <w:sz w:val="24"/>
        </w:rPr>
        <w:t>AI 사용과 내 몫을 함께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밝혀요.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인터넷에서 찾은 사진이나 그림을 쓰기 전에는 </w:t>
      </w:r>
      <w:r>
        <w:rPr>
          <w:rFonts w:ascii="Pretendard" w:hAnsi="Pretendard" w:eastAsia="Pretendard" w:cs="Pretendard"/>
          <w:b/>
          <w:color w:val="6A3FB0"/>
          <w:sz w:val="24"/>
        </w:rPr>
        <w:t>누가 만들었는지, 써도 된다는 안내가 있는지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먼저 살펴요. 잘 모르겠으면 선생님이나 보호자에게 물어봐요.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특정 작가의 그림체를 흉내 내 그 사람 작품처럼 꾸미는 것은 하지 않아요. 대회, 학교, 서비스마다 AI 사용 규칙이 다르니 먼저 확인해요.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 xml:space="preserve">  뒤에 나오는 ‘직접 해보기 미션’에서 상황별 AI 사용 표시 문구를 써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AI가 만든 그림에 내가 무엇을 더하면 ‘내 몫’이 생길까요? 하나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예: 구도를 직접 정하기, 색을 고치기, 글자를 넣기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숫자로 보는 27강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AI 작품을 쓸 때 지킬 약속 수: AI 사용 표시, 출처 밝히기, 남의 작품 존중, 규칙 확인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 질문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쓰기 전에 스스로 묻기: AI를 썼다고 밝혔나? 허락받았나? 출처를 적었나?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미션에서 AI 사용 표시 문구를 쓸 상황 수: 그림, 본문, 사진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6A3FB0"/>
          <w:sz w:val="19"/>
        </w:rPr>
        <w:t>사실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AI 작품을 쓸 때 지킬 약속을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AI 작품을 쓸 때 4가지 약속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약속</w:t>
            </w:r>
          </w:p>
        </w:tc>
        <w:tc>
          <w:tcPr>
            <w:tcW w:type="dxa" w:w="3969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이렇게 해요</w:t>
            </w:r>
          </w:p>
        </w:tc>
        <w:tc>
          <w:tcPr>
            <w:tcW w:type="dxa" w:w="362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① AI 사용 표시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AI로 만든 그림이나 글에는 “AI로 만듦”처럼 밝혀요.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“표지 그림: AI로 만듦”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② 출처 밝히기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참고한 자료와 사용한 도구를 적어요.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“자료: ○○ 누리집, 도구: 그림 생성 AI”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③ 남의 작품 존중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다른 사람의 작품을 허락 없이 그대로 넣거나, 특정 작가의 작품처럼 꾸며 만들지 않아요.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작가 이름을 넣어 흉내 내지 않기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④ 규칙 확인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대회, 학교, 서비스마다 AI 사용 규칙이 다르니 먼저 확인해요.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대회 요강의 AI 사용 조건 읽기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누구의 몫일까요?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상황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내가 만든 몫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이렇게 밝혀요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버튼만 눌러 AI가 그림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거의 없어요.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“그림: AI로 만듦”이라고 밝혀요.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AI 그림을 골라 배열하고 고침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고르고 배열하고 고친 부분이 있어요.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 사용과 내가 고친 부분을 함께 밝혀요.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내가 그리고 AI로 맞춤법만 점검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대부분 내 창작이에요.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AI로 점검한 사실을 밝혀요.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학급 포스터 대회에 AI 그림을 내도 될까요? 무엇을 먼저 확인해야 할지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대회 규칙, AI 사용 표시, 내 몫을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AI를 써서 포스터를 만들 때 단계별로 쓴 시간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※ 한 학생의 작업을 예로 들어 만든 숫자예요. 사람마다, 작품마다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가장 오래 걸린 단계는 무엇인가요? 그 단계는 ‘내가 만든 몫’과 어떤 관계가 있을까요?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이 그래프는 예시 데이터예요. 내가 직접 한 단계를 찾아봐요.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창작자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creator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그림, 글, 노래 같은 작품을 직접 만든 사람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출처 표시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attribution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가져온 곳과 만든 사람을 밝히는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FFB547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AI 사용 표시 문구 쓰기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내가 만든 발표 자료나 포스터에 넣을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‘AI 사용 표시’ 문구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를 세 가지 상황별로 써 보세요. (예: “그림: AI 도구로 만든 뒤 색과 글자는 내가 고침”, “본문: 내가 쓰고 맞춤법만 AI로 점검함”, “사진: ○○ 누리집, 출처 표시”)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그림, 본문, 사진 세 상황에 맞는 표시 문구를 표에 써요.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사진은 어디에서 가져왔는지, 누가 만들었는지 찾아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쓰기 전에 3가지 질문(AI 사용을 밝혔나? 허락받았나? 출처를 적었나?)을 스스로 확인해요.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남의 작품을 허락 없이 그대로 쓰거나, 특정 작가의 작품처럼 꾸미지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07"/>
              <w:gridCol w:w="4754"/>
              <w:gridCol w:w="3268"/>
            </w:tblGrid>
            <w:tr>
              <w:trPr>
                <w:cantSplit/>
              </w:trPr>
              <w:tc>
                <w:tcPr>
                  <w:tcW w:type="dxa" w:w="907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4754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AI 사용 표시 문구</w:t>
                  </w:r>
                </w:p>
              </w:tc>
              <w:tc>
                <w:tcPr>
                  <w:tcW w:type="dxa" w:w="3268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내가 한 일 (내 몫)</w:t>
                  </w:r>
                </w:p>
              </w:tc>
            </w:tr>
            <w:tr>
              <w:trPr>
                <w:cantSplit/>
                <w:trHeight w:val="907" w:hRule="exact"/>
              </w:trPr>
              <w:tc>
                <w:tcPr>
                  <w:tcW w:type="dxa" w:w="907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그림</w:t>
                  </w:r>
                </w:p>
              </w:tc>
              <w:tc>
                <w:tcPr>
                  <w:tcW w:type="dxa" w:w="475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2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907" w:hRule="exact"/>
              </w:trPr>
              <w:tc>
                <w:tcPr>
                  <w:tcW w:type="dxa" w:w="907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본문</w:t>
                  </w:r>
                </w:p>
              </w:tc>
              <w:tc>
                <w:tcPr>
                  <w:tcW w:type="dxa" w:w="475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2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907" w:hRule="exact"/>
              </w:trPr>
              <w:tc>
                <w:tcPr>
                  <w:tcW w:type="dxa" w:w="907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사진</w:t>
                  </w:r>
                </w:p>
              </w:tc>
              <w:tc>
                <w:tcPr>
                  <w:tcW w:type="dxa" w:w="475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3268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사진을 가져온 곳에 ‘써도 된다’는 안내가 있었나요? 없었다면 어떻게 하면 좋을까요?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701" w:hRule="atLeast"/>
              </w:trPr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표시 문구를 쓸 때 헷갈린 점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창작자를 존중하는 나의 약속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AI 작품은 정직하게 밝히고, 내가 만든 몫과 남의 작품을 존중해요.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AI로 만든 그림은 내가 직접 그렸다고 말해도 괜찮다.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AI로 만든 그림을 학교 발표에 쓸 때 가장 알맞은 행동은?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① AI로 만들었다고 밝힌다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② 내가 직접 그렸다고 말한다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③ 유명 작가 이름을 넣어 그 사람 작품처럼 꾸민다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가져온 곳과 만든 사람을 밝히는 것을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  <w:u w:val="thick" w:color="6A3FB0"/>
                <w:shd w:val="clear" w:color="auto" w:fill="F4EFFB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AI가 학습할 때 쓴 작품을 두고 작가들이 문제를 제기하는 까닭을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6A3FB0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534866"/>
                      <w:sz w:val="22"/>
                    </w:rPr>
                    <w:t>답이 정해지지 않은 문제, 존중하는 태도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AI가 만든 그림과 글을 누구의 것으로 볼지는 여러 나라에서 아직 논의 중이에요. 사람이 결과물을 고르고 배열하고 직접 고친 몫을 어떻게 볼지도 함께 이야기되고 있어요.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또 다른 쟁점은 AI가 학습할 때 쓴 수많은 작품이에요. 작가와 언론사 등은 자기 작품이 허락 없이 학습에 쓰였다며 문제를 제기하고 있어요.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답이 정해지지 않았을수록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AI 사용 사실 밝히기, 허락받고 쓰기, 출처 밝히기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처럼 창작자를 존중하는 태도가 중요해요.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생각해 봐요: 내가 그린 그림이 허락 없이 AI 학습에 쓰인다면 어떤 기분일까요? 어떤 약속이 있으면 좋을까요?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창작자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creator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작품을 직접 만든 사람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그림을 그린 사람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작품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work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사람이 생각과 느낌을 담아 만든 것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그림, 글, 노래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내 몫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my contribution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내가 직접 만들어 더한 부분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고르고 배열하고 고치기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편곡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arrangement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원래 곡을 새롭게 꾸며 바꾸기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빠르기, 악기 바꾸기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출처 표시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attribution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가져온 곳과 만든 사람을 밝히기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“사진: ○○ 누리집”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허락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permission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써도 된다는 대답을 받는 것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“써도 될까요?” 묻기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이용 조건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terms of use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자료를 쓸 때 지켜 달라는 안내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“출처를 밝혀 주세요”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상업적 이용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commercial use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돈을 벌려고 쓰기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물건 포장에 쓰기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그림체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art style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작가마다 다른 그리는 방식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작가 특유의 선과 색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AI 사용 표시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AI disclosure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AI로 만들었다고 밝히는 문구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“AI로 만듦”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625A70"/>
              <w:left w:val="dashed" w:sz="6" w:space="0" w:color="625A70"/>
              <w:bottom w:val="dashed" w:sz="6" w:space="0" w:color="625A70"/>
              <w:right w:val="dashed" w:sz="6" w:space="0" w:color="625A70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AI를 썼다면 정직하게 밝혀요. 내가 고친 부분이 있다면 그것도 함께 적어요.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2. ①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정직하게 밝히는 것이 기본이에요.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3. 출처 표시(attribution)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창작자를 존중하는 기본 습관이에요.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자신의 작품이 허락 없이 학습에 쓰였고, 그 결과물이 자기 작품과 경쟁하거나 비슷하게 나올 수 있기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FF56C1E8-39E1-4AD6-8A2D-321F9FC075AF}"/>
    <w:embedBold r:id="rIdF2" w:fontKey="{C349DD85-7EE2-4C5D-814F-1D72A1596086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625A70"/>
        <w:sz w:val="19"/>
      </w:rPr>
      <w:t xml:space="preserve">고급 27  ·  </w:t>
    </w:r>
    <w:r>
      <w:rPr>
        <w:rFonts w:ascii="Pretendard" w:hAnsi="Pretendard" w:eastAsia="Pretendard" w:cs="Pretendard"/>
        <w:b/>
        <w:color w:val="6A3FB0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6A3FB0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625A70"/>
              <w:sz w:val="19"/>
            </w:rPr>
            <w:t xml:space="preserve">   |   고급 27. AI가 만든 그림과 글, 바르게 쓰려면?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251D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고급 27. AI가 만든 그림과 글, 바르게 쓰려면?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