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28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내 개인정보, AI에게 얼마나 알려줘도 될까?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챗봇에 쓴 내용은 저장될 수 있어요. 나를 알아볼 정보는 넣지 않아요.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개인정보, 대화 기록, 민감 정보의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챗봇에 넣으면 안 되는 정보와 바꿔 쓰는 방법을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사진 속 숨은 단서를 찾고, 가입 전에 보호자와 먼저 이야기하는 습관을 기를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28강 — ‘넣지 마요’와 ‘이렇게 바꿔요’를 비교해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챗봇과 이야기할 때 나와 친구를 지키는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나를 알아볼 수 있는 정보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6A3FB0"/>
          <w:sz w:val="24"/>
        </w:rPr>
        <w:t>개인정보(personal information)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는 내가 누구인지 알아볼 수 있게 하는 정보예요. 이름, 주소, 전화번호, 학교와 반, 얼굴 사진이 그 예예요.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챗봇에 저장된 지난 대화 내용을 </w:t>
      </w:r>
      <w:r>
        <w:rPr>
          <w:rFonts w:ascii="Pretendard" w:hAnsi="Pretendard" w:eastAsia="Pretendard" w:cs="Pretendard"/>
          <w:b/>
          <w:color w:val="6A3FB0"/>
          <w:sz w:val="24"/>
        </w:rPr>
        <w:t>대화 기록(chat history)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 대화 기록은 회사 서버에 남거나 서비스 개선에 쓰일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건강 상태나 집안 고민처럼 남에게 알리기 조심스러운 정보는 </w:t>
      </w:r>
      <w:r>
        <w:rPr>
          <w:rFonts w:ascii="Pretendard" w:hAnsi="Pretendard" w:eastAsia="Pretendard" w:cs="Pretendard"/>
          <w:b/>
          <w:color w:val="6A3FB0"/>
          <w:sz w:val="24"/>
        </w:rPr>
        <w:t>민감 정보(sensitive information)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예요. 이런 정보는 더욱 조심해요.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parce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택배 상자에 적은 비밀번호로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택배 상자 겉면에 우리 집 현관 비밀번호를 적어 보내는 사람은 없지요. </w:t>
      </w:r>
      <w:r>
        <w:rPr>
          <w:rFonts w:ascii="Pretendard" w:hAnsi="Pretendard" w:eastAsia="Pretendard" w:cs="Pretendard"/>
          <w:b/>
          <w:color w:val="6A3FB0"/>
          <w:sz w:val="24"/>
        </w:rPr>
        <w:t>상자는 여러 사람의 손을 거치니까요.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챗봇 대화창도 비슷해요. 화면에는 나와 AI만 있는 것 같지만, 그 내용은 </w:t>
      </w:r>
      <w:r>
        <w:rPr>
          <w:rFonts w:ascii="Pretendard" w:hAnsi="Pretendard" w:eastAsia="Pretendard" w:cs="Pretendard"/>
          <w:b/>
          <w:color w:val="6A3FB0"/>
          <w:sz w:val="24"/>
        </w:rPr>
        <w:t>인터넷을 거쳐 회사의 컴퓨터로 전달되고 기록으로 남을 수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있어요.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개인정보(personal information)는 내가 누구인지 알아볼 수 있게 하는 정보예요. 챗봇에 쓴 내용은 회사 서버에 저장되거나 서비스 개선에 쓰일 수 있으니, 이름·주소·전화번호·학교·사진·비밀번호는 넣지 않는 것이 원칙이에요.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idno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속에서 바꿔 쓰기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“나는 ○○중 2학년 3반 홍길동인데 수학이 어려워” 대신 </w:t>
      </w:r>
      <w:r>
        <w:rPr>
          <w:rFonts w:ascii="Pretendard" w:hAnsi="Pretendard" w:eastAsia="Pretendard" w:cs="Pretendard"/>
          <w:b/>
          <w:color w:val="6A3FB0"/>
          <w:sz w:val="24"/>
        </w:rPr>
        <w:t>“중학생 A인데 일차함수가 어려워”</w:t>
      </w:r>
      <w:r>
        <w:rPr>
          <w:rFonts w:ascii="Pretendard" w:hAnsi="Pretendard" w:eastAsia="Pretendard" w:cs="Pretendard"/>
          <w:b w:val="0"/>
          <w:color w:val="251D33"/>
          <w:sz w:val="24"/>
        </w:rPr>
        <w:t>처럼 가명을 쓰고 필요한 내용만 적어요.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친구와의 고민을 물을 때는 이름을 빼고 상황만 적어요. 친구의 정보도 내 정보만큼 소중해요. 민감한 고민은 믿을 만한 어른과 먼저 이야기해요.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사진을 올릴 때는 </w:t>
      </w:r>
      <w:r>
        <w:rPr>
          <w:rFonts w:ascii="Pretendard" w:hAnsi="Pretendard" w:eastAsia="Pretendard" w:cs="Pretendard"/>
          <w:b/>
          <w:color w:val="6A3FB0"/>
          <w:sz w:val="24"/>
        </w:rPr>
        <w:t>교복, 창밖 풍경, 위치 정보</w:t>
      </w:r>
      <w:r>
        <w:rPr>
          <w:rFonts w:ascii="Pretendard" w:hAnsi="Pretendard" w:eastAsia="Pretendard" w:cs="Pretendard"/>
          <w:b w:val="0"/>
          <w:color w:val="251D33"/>
          <w:sz w:val="24"/>
        </w:rPr>
        <w:t>처럼 나를 알려 주는 단서가 숨어 있지 않은지 살펴요.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문장 카드를 빨강·노랑·초록으로 나눠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바꿔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“우리 반 김민지랑 싸웠어. 어떻게 화해하지?”를 개인정보를 빼고 다시 써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이름 대신 ‘친구’, 반 대신 ‘같은 반’처럼 넓게 써요.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28강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챗봇에 넣지 않을 정보 묶음: 이름·주소·전화번호, 학교·반·사진, 비밀번호·인증번호, 친구·가족 정보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만들 문장 카드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 색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빨강(절대 안 돼요), 노랑(바꿔서 써요), 초록(괜찮아요)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넣지 말아야 할 정보와 바꿔 쓰는 방법을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927"/>
        <w:gridCol w:w="7938"/>
      </w:tblGrid>
      <w:tr>
        <w:trPr>
          <w:cantSplit/>
          <w:tblHeader/>
        </w:trPr>
        <w:tc>
          <w:tcPr>
            <w:tcW w:type="dxa" w:w="19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구분</w:t>
            </w:r>
          </w:p>
        </w:tc>
        <w:tc>
          <w:tcPr>
            <w:tcW w:type="dxa" w:w="793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넣지 마요</w:t>
            </w:r>
          </w:p>
        </w:tc>
        <w:tc>
          <w:tcPr>
            <w:tcW w:type="dxa" w:w="793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이름·주소·전화번호, 학교·반·사진, 비밀번호·인증번호, 친구나 가족의 정보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이렇게 바꿔요</w:t>
            </w:r>
          </w:p>
        </w:tc>
        <w:tc>
          <w:tcPr>
            <w:tcW w:type="dxa" w:w="793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“중학생 A” 같은 가명 쓰기, “우리 동네”처럼 넓게 말하기, 지어낸 예시로 묻기, 민감한 고민은 믿을 만한 어른과 먼저 이야기하기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빨강·노랑·초록 문장 카드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색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뜻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문장 예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빨강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절대 안 돼요.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“나는 ○○중 2학년 3반 홍길동이야.”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노랑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바꿔서 써요.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“친구랑 다퉜는데 어떻게 화해하지?” → 이름은 빼고 상황만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초록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괜찮아요.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“일차함수 그래프가 어려워.”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사진 한 장에서 나를 알려 줄 수 있는 단서를 세 가지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교복, 이름표, 창밖 풍경, 위치 정보를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문장 카드 10장을 나눈 결과 (한 학생의 예)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한 학생이 나눈 결과를 예로 든 숫자예요. 사람마다 다를 수 있으니 친구와 비교해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빨강 카드가 가장 많았어요. 노랑 카드를 초록으로 바꾸려면 어떻게 고치면 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이름, 학교 같은 정보를 빼는 방법을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개인정보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personal information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내가 누구인지 알아볼 수 있게 하는 정보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대화 기록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chat history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챗봇에 저장된 지난 대화 내용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민감 정보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sensitive information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건강처럼 남에게 알리기 조심스러운 정보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빨강·노랑·초록 문장 카드 나누기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문장 카드 10장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을 만들어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빨강(절대 안 돼요), 노랑(바꿔서 써요), 초록(괜찮아요)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으로 나눠 보세요. (예: “나는 ○○중 2학년 3반 홍길동이야” → 빨강, “일차함수 그래프가 어려워” → 초록, “친구랑 다퉜는데 어떻게 화해하지?” → 노랑, 이름은 빼고 상황만)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챗봇에 물어볼 만한 문장 카드 10장을 만들어요. 실제 이름과 학교 대신 지어낸 것을 써요.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카드를 빨강, 노랑, 초록으로 나눠 표에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노랑 카드는 개인정보를 빼고 다시 써 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집에서 쓰는 챗봇이 있다면 보호자와 함께 대화 기록 설정을 확인해 봐요.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020"/>
              <w:gridCol w:w="3209"/>
              <w:gridCol w:w="1031"/>
              <w:gridCol w:w="3668"/>
            </w:tblGrid>
            <w:tr>
              <w:trPr>
                <w:cantSplit/>
              </w:trPr>
              <w:tc>
                <w:tcPr>
                  <w:tcW w:type="dxa" w:w="1020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3209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카드 문장 (짧게)</w:t>
                  </w:r>
                </w:p>
              </w:tc>
              <w:tc>
                <w:tcPr>
                  <w:tcW w:type="dxa" w:w="1032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색</w:t>
                  </w:r>
                </w:p>
              </w:tc>
              <w:tc>
                <w:tcPr>
                  <w:tcW w:type="dxa" w:w="36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노랑이면 바꿔 쓴 문장</w:t>
                  </w: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1</w:t>
                  </w:r>
                </w:p>
              </w:tc>
              <w:tc>
                <w:tcPr>
                  <w:tcW w:type="dxa" w:w="32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2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6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2</w:t>
                  </w:r>
                </w:p>
              </w:tc>
              <w:tc>
                <w:tcPr>
                  <w:tcW w:type="dxa" w:w="32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2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6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3</w:t>
                  </w:r>
                </w:p>
              </w:tc>
              <w:tc>
                <w:tcPr>
                  <w:tcW w:type="dxa" w:w="32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2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6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4</w:t>
                  </w:r>
                </w:p>
              </w:tc>
              <w:tc>
                <w:tcPr>
                  <w:tcW w:type="dxa" w:w="32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2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6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5</w:t>
                  </w:r>
                </w:p>
              </w:tc>
              <w:tc>
                <w:tcPr>
                  <w:tcW w:type="dxa" w:w="320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32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6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나머지 카드 5장은 어떤 색이 많았나요? 나누기 어려웠던 카드는 무엇인가요?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587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친구와 색이 달랐던 카드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챗봇을 쓸 때 나의 약속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챗봇에 쓴 내용은 남을 수 있어요. 처음부터 넣지 않는 것이 가장 안전해요.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챗봇에 집 주소나 비밀번호를 적어도 괜찮다.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챗봇에 고민을 물을 때 가장 안전한 방법은?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친구 실명과 학교를 함께 적는다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이름을 빼고 상황만 적는다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내 사진을 함께 올린다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건강처럼 남에게 알리기 조심스러운 정보를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대화 기록을 끄는 설정을 했는데도 개인정보를 넣지 않는 것이 좋은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가입 전 약속, 설정, 사진 속 단서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AI 서비스에 가입하거나 새 앱을 쓰기 전에는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보호자에게 먼저 물어보고 함께 살펴봐요.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어떤 정보를 넣어야 하는지, 누가 볼 수 있는지 같이 확인하면 더 안전해요.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서비스에 따라 대화 기록을 끄거나 내 대화를 AI 학습에 쓰지 않게 고르는 설정이 있기도 해요. 하지만 설정을 바꿔도 일정 기간 저장될 수 있으니,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처음부터 넣지 않는 것이 가장 안전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사진에는 교복, 창밖 풍경, 위치 정보처럼 나를 알려 주는 단서가 숨어 있을 수 있어요. 이상한 일이 생기면 바로 보호자와 상의해요.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개인정보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내가 누구인지 알아볼 수 있게 하는 정보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이름, 주소, 얼굴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대화 기록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chat history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챗봇에 저장된 지난 대화 내용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어제 물어본 질문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민감 정보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sensitive information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남에게 알리기 조심스러운 정보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건강 상태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가명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pseudonym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진짜 이름 대신 쓰는 이름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“중학생 A”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인증번호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verification code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본인 확인용으로 받는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문자로 온 6자리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서버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server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서비스를 처리하고 저장하는 회사 컴퓨터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대화가 저장되는 곳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보호자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guardian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나를 돌보고 지켜 주는 어른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부모님, 할머니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위치 정보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location data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내가 있는 곳을 알려 주는 정보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사진 속 GPS 기록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설정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settings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서비스를 쓰는 방식을 고르는 메뉴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대화 기록 끄기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가입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sign up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서비스를 쓰려고 내 계정을 만드는 것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가입 전 보호자와 상의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저장되거나 새어 나갈 수 있으니 절대 적지 않아요.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나와 친구를 알아볼 수 있는 정보는 빼요.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민감 정보(sensitive information)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민감 정보는 더욱 조심해요.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설정을 바꿔도 일정 기간 저장될 수 있어서, 처음부터 넣지 않는 것이 가장 안전하기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47F3551F-4A02-4193-BB62-73039B0B0AFB}"/>
    <w:embedBold r:id="rIdF2" w:fontKey="{4EB2BEFA-F1A3-459D-AB1D-E1609B684790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28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28. 내 개인정보, AI에게 얼마나 알려줘도 될까?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28. 내 개인정보, AI에게 얼마나 알려줘도 될까?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