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29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 시대에 사라지는 직업, 새로 생기는 직업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직업이 통째로 사라지기보다, 일의 일부가 자동화되며 모습이 바뀌어요.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자동화가 직업을 ‘일 단위’로 바꾼다는 것을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AI가 돕기 쉬운 일과 새로 생기거나 커지는 일을 예로 들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AI 시대에 키우면 좋은 사람만의 힘을 말할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29강 — AI가 돕기 쉬운 일과 새로 생기는 일을 비교해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기술이 바뀔 때 일이 어떻게 바뀌는지, 나는 무엇을 준비할지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직업은 여러 가지 일의 묶음이에요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사람이 하던 일을 기계가 하게 하는 것을 </w:t>
      </w:r>
      <w:r>
        <w:rPr>
          <w:rFonts w:ascii="Pretendard" w:hAnsi="Pretendard" w:eastAsia="Pretendard" w:cs="Pretendard"/>
          <w:b/>
          <w:color w:val="6A3FB0"/>
          <w:sz w:val="24"/>
        </w:rPr>
        <w:t>자동화(automation)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라고 해요. 자동화는 보통 직업 전체가 아니라, </w:t>
      </w:r>
      <w:r>
        <w:rPr>
          <w:rFonts w:ascii="Pretendard" w:hAnsi="Pretendard" w:eastAsia="Pretendard" w:cs="Pretendard"/>
          <w:b/>
          <w:color w:val="6A3FB0"/>
          <w:sz w:val="24"/>
        </w:rPr>
        <w:t>직업 안의 일 가운데 일부</w:t>
      </w:r>
      <w:r>
        <w:rPr>
          <w:rFonts w:ascii="Pretendard" w:hAnsi="Pretendard" w:eastAsia="Pretendard" w:cs="Pretendard"/>
          <w:b w:val="0"/>
          <w:color w:val="251D33"/>
          <w:sz w:val="24"/>
        </w:rPr>
        <w:t>를 바꿔요.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예를 들어 수의사는 동물 진찰하기, 보호자와 상담하기, 검사 결과 살피기, 진료 기록 쓰기 같은 여러 일을 해요. AI는 검사 사진 살피기나 기록 정리를 도울 수 있지만, 진찰과 상담은 사람이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그래서 정보가 맞는지 따져 보고 판단하는 </w:t>
      </w:r>
      <w:r>
        <w:rPr>
          <w:rFonts w:ascii="Pretendard" w:hAnsi="Pretendard" w:eastAsia="Pretendard" w:cs="Pretendard"/>
          <w:b/>
          <w:color w:val="6A3FB0"/>
          <w:sz w:val="24"/>
        </w:rPr>
        <w:t>비판적 사고(critical thinking)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같은 사람만의 힘이 더 중요해져요.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wheelcar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마차에서 자동차로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자동차가 널리 쓰이면서 마차를 모는 일은 크게 줄었어요. 대신 </w:t>
      </w:r>
      <w:r>
        <w:rPr>
          <w:rFonts w:ascii="Pretendard" w:hAnsi="Pretendard" w:eastAsia="Pretendard" w:cs="Pretendard"/>
          <w:b/>
          <w:color w:val="6A3FB0"/>
          <w:sz w:val="24"/>
        </w:rPr>
        <w:t>자동차를 만들고, 고치고, 운전하고, 도로를 설계하는 일</w:t>
      </w:r>
      <w:r>
        <w:rPr>
          <w:rFonts w:ascii="Pretendard" w:hAnsi="Pretendard" w:eastAsia="Pretendard" w:cs="Pretendard"/>
          <w:b w:val="0"/>
          <w:color w:val="251D33"/>
          <w:sz w:val="24"/>
        </w:rPr>
        <w:t>이 새로 생겼지요.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바뀌는 동안 일자리를 잃고 힘들었던 사람들도 있었어요.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기술이 바뀌면 일의 모습도 바뀌고, </w:t>
      </w:r>
      <w:r>
        <w:rPr>
          <w:rFonts w:ascii="Pretendard" w:hAnsi="Pretendard" w:eastAsia="Pretendard" w:cs="Pretendard"/>
          <w:b/>
          <w:color w:val="6A3FB0"/>
          <w:sz w:val="24"/>
        </w:rPr>
        <w:t>새로운 것을 배우고 적응하는 힘</w:t>
      </w:r>
      <w:r>
        <w:rPr>
          <w:rFonts w:ascii="Pretendard" w:hAnsi="Pretendard" w:eastAsia="Pretendard" w:cs="Pretendard"/>
          <w:b w:val="0"/>
          <w:color w:val="251D33"/>
          <w:sz w:val="24"/>
        </w:rPr>
        <w:t>이 중요해져요.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AI가 들어오면 직업이 통째로 사라지기보다, 그 직업 안의 일 가운데 일부가 자동화되면서 일하는 방식이 바뀌는 경우가 많아요. 줄어드는 일도 있지만 새로 생기는 일도 있어요. 그래서 사람만의 힘을 키우는 것이 중요해요.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newjob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속에서 바뀌는 일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은행 창구 대신 앱으로 업무를 보고, 마트에는 무인 계산대가 생겼어요. 번역가는 AI 초안을 고치고 다듬는 일을 더 많이 하게 되기도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새로 생기거나 커지는 일도 있어요. AI가 공정하고 안전한지 점검하는 일, 학습 데이터에 이름표를 붙이는 일, AI에게 일을 잘 맡기는 방법을 만드는 일 같은 것이에요.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어떤 직업이 얼마나 줄고 늘지는 전문가들 사이에서도 예측이 달라요. </w:t>
      </w:r>
      <w:r>
        <w:rPr>
          <w:rFonts w:ascii="Pretendard" w:hAnsi="Pretendard" w:eastAsia="Pretendard" w:cs="Pretendard"/>
          <w:b/>
          <w:color w:val="6A3FB0"/>
          <w:sz w:val="24"/>
        </w:rPr>
        <w:t>확실한 숫자를 내세우는 글은 누가, 어떤 방법으로 예측했는지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관심 있는 직업의 일을 나눠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내가 관심 있는 직업 하나를 적고, 그 직업에서 AI가 도울 수 있을 것 같은 일을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예: 요리사 → 재료 주문량 계산 돕기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29강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1908</w:t>
            </w: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포드 모델 T가 나와 자동차가 널리 퍼지기 시작했어요. 마차를 모는 일은 크게 줄었어요.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5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~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8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미션에서 한 직업이 하는 일을 나눠 적을 개수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 힘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질문력, 비판적 사고, 협업 능력, 공감 능력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AI가 돕기 쉬운 일과 새로 생기는 일을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494"/>
        <w:gridCol w:w="7371"/>
      </w:tblGrid>
      <w:tr>
        <w:trPr>
          <w:cantSplit/>
          <w:tblHeader/>
        </w:trPr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구분</w:t>
            </w:r>
          </w:p>
        </w:tc>
        <w:tc>
          <w:tcPr>
            <w:tcW w:type="dxa" w:w="7370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AI가 돕기 쉬운 일</w:t>
            </w:r>
          </w:p>
        </w:tc>
        <w:tc>
          <w:tcPr>
            <w:tcW w:type="dxa" w:w="7370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정해진 규칙대로 반복하는 일, 많은 자료를 빠르게 정리하는 일, 간단한 글이나 번역의 초안 만들기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새로 생기거나</w:t>
              <w:br/>
              <w:t>커지는 일</w:t>
            </w:r>
          </w:p>
        </w:tc>
        <w:tc>
          <w:tcPr>
            <w:tcW w:type="dxa" w:w="7370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 윤리 전문가(AI가 공정하고 안전한지 점검), 데이터 라벨러(학습 데이터에 이름표 붙이기), 프롬프트 설계(AI에게 일을 잘 맡기는 방법 만들기)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AI 시대에 키우면 좋은 힘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힘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뜻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지금 키우는 방법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질문력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좋은 질문을 던지는 힘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수업에서 “왜?”를 한 번 더 묻기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비판적 사고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정보가 맞는지 따져 보는 힘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출처 확인, 교차 확인 습관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협업 능력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함께 일하는 힘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모둠 활동에서 역할 나누기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공감 능력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다른 사람의 마음을 헤아리는 힘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친구의 이야기를 끝까지 듣기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네 가지 힘 가운데 내가 가장 키우고 싶은 힘은 무엇인가요? 까닭과 방법을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오늘부터 할 수 있는 작은 방법을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수의사의 일 8가지를 나눠 본 결과 (예)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한 학생이 나눠 본 예시예요. 같은 직업도 사람마다 다르게 나눌 수 있고, 실제 직업 변화의 통계가 아니에요.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이 학생은 ‘사람이 꼭 해야 함’에 어떤 일을 넣었을까요? 짐작해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상담, 진찰, 책임 같은 일을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자동화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automation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사람이 하던 일을 기계가 하게 하는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비판적 사고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critical thinking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정보가 맞는지 따져 보고 판단하는 힘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관심 직업의 일 나눠 보기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관심 있는 직업 하나를 골라, 그 직업이 하는 일을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5~8개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로 나눠 적어 보세요. (예: 수의사 → 동물 진찰하기, 보호자와 상담하기, 검사 결과 살피기, 진료 기록 쓰기…)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관심 있는 직업을 고르고, 하는 일을 표에 하나씩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일마다 ‘AI가 도울 수 있음’ 또는 ‘사람이 꼭 해야 함’에 ○를 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그렇게 나눈 이유를 짧게 써요.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가족이나 아는 어른께 일하면서 AI를 어떻게 쓰는지 여쭤봐도 좋아요.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내가 고른 직업: ______________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2979"/>
              <w:gridCol w:w="1031"/>
              <w:gridCol w:w="1031"/>
              <w:gridCol w:w="2979"/>
            </w:tblGrid>
            <w:tr>
              <w:trPr>
                <w:cantSplit/>
              </w:trPr>
              <w:tc>
                <w:tcPr>
                  <w:tcW w:type="dxa" w:w="907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980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하는 일</w:t>
                  </w:r>
                </w:p>
              </w:tc>
              <w:tc>
                <w:tcPr>
                  <w:tcW w:type="dxa" w:w="1031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AI 도움</w:t>
                  </w:r>
                </w:p>
              </w:tc>
              <w:tc>
                <w:tcPr>
                  <w:tcW w:type="dxa" w:w="1031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사람 꼭</w:t>
                  </w:r>
                </w:p>
              </w:tc>
              <w:tc>
                <w:tcPr>
                  <w:tcW w:type="dxa" w:w="2980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이유</w:t>
                  </w: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일 1</w:t>
                  </w: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일 2</w:t>
                  </w: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일 3</w:t>
                  </w: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일 4</w:t>
                  </w: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일 5</w:t>
                  </w: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일 6</w:t>
                  </w: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98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이 직업에서 사람만의 힘이 가장 필요한 일은 무엇인가요?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587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AI 때문에 새로 생길 것 같은 일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이 직업을 위해 지금 키울 힘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직업은 사라지기보다 바뀌는 경우가 많아요. 사람만의 힘이 그 바탕이에요.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AI가 생기면 모든 직업이 곧 사라진다.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 시대에 키우면 좋은 힘이 아닌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좋은 질문을 던지는 힘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다른 사람과 협력하는 힘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AI 답을 확인 없이 그대로 믿는 힘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사람이 하던 일을 기계가 하게 하는 것을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“10년 뒤 직업의 절반이 사라진다”는 글을 봤어요. 무엇을 확인해야 할까요?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예측은 달라도, 분명한 것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앞으로 어떤 직업이 얼마나 줄고 늘지는 전문가들 사이에서도 예측이 서로 달라요. 확실한 숫자를 내세우는 글을 보면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누가, 어떤 방법으로 예측했는지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확인해 봐요.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분명한 것은 AI를 잘 다루는 사람과 함께, AI가 하기 어려운 일을 잘하는 사람이 필요하다는 점이에요. 좋은 질문을 던지는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질문력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, 정보를 따져 보는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비판적 사고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, 함께 일하는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협업 능력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, 다른 사람의 마음을 헤아리는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공감 능력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이 그런 힘이에요. 지금 배우는 과목 공부가 이런 힘의 바탕이 돼요.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생각해 봐요: 지금 배우는 과목 하나를 골라, 그 공부가 네 가지 힘 가운데 어떤 힘과 이어지는지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자동화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automation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사람이 하던 일을 기계가 하게 하기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무인 계산대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비판적 사고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critical thinking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정보가 맞는지 따져 보고 판단하는 힘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출처 확인하기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직업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job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생계를 위해 꾸준히 하는 일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수의사, 요리사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초안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draft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처음 대강 만든 글이나 계획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 번역 초안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AI 윤리 전문가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AI ethicist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AI가 공정하고 안전한지 점검하는 사람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편향 점검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데이터 라벨러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data labeler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학습 데이터에 이름표를 붙이는 사람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사진에 ‘고양이’ 붙이기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프롬프트 설계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prompt design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AI에게 일을 잘 맡기는 방법 만들기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역할·조건·예시 정하기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질문력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questioning skill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좋은 질문을 던지는 힘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“왜 그럴까?”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협업 능력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collaboration skill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함께 일하는 힘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모둠 역할 나누기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공감 능력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empathy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다른 사람의 마음을 헤아리는 힘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친구 이야기 들어 주기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많은 직업은 일부 일이 자동화되면서 모습이 바뀌고, 새로운 일도 생겨요.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③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AI 답은 늘 따져 보고 확인해야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자동화(automation)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무인 계산대도 자동화의 예예요.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누가, 어떤 방법과 자료로 예측했는지, 다른 전문가의 예측과 비교하면 어떤지 확인해요.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D7EE43AB-D7D5-48D8-8BAF-AF8724495D35}"/>
    <w:embedBold r:id="rIdF2" w:fontKey="{39B5BC8E-868C-401D-AD25-DF3195AB2508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29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29. AI 시대에 사라지는 직업, 새로 생기는 직업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29. AI 시대에 사라지는 직업, 새로 생기는 직업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