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FE7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30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  <w:shd w:val="clear" w:color="auto" w:fill="FFFFFF"/>
              </w:rPr>
              <w:t xml:space="preserve">  고급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나만의 AI 활용 프로젝트 만들기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문제 찾기 → 할 일 정하기 → 만들고 시험하기 → 발표하고 돌아보기.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AI 프로젝트의 4단계를 설명하고 계획서를 쓸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“이 문제에 정말 AI가 필요할까?”를 따져 볼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지금까지 배운 안전 규칙으로 프로젝트를 최종 점검할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6A3FB0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625A70"/>
          <w:sz w:val="19"/>
        </w:rPr>
        <w:t>한눈에 보는 30강 — 프로젝트 4단계와 출발 전에 물어야 할 질문을 찾아보세요.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배운 것을 모아 나만의 작은 AI 프로젝트를 계획해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작게 시작해서, 시험하며 고쳐요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프로젝트는 우리 주변의 불편함을 찾는 데서 시작해요. 그다음 AI가 맡을 일과 사람이 할 일을 나누고, 간단한 모형을 만들어 시험해요.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시험해 보려고 먼저 만든 간단한 모형을 </w:t>
      </w:r>
      <w:r>
        <w:rPr>
          <w:rFonts w:ascii="Pretendard" w:hAnsi="Pretendard" w:eastAsia="Pretendard" w:cs="Pretendard"/>
          <w:b/>
          <w:color w:val="6A3FB0"/>
          <w:sz w:val="24"/>
        </w:rPr>
        <w:t>프로토타입(prototype)</w:t>
      </w:r>
      <w:r>
        <w:rPr>
          <w:rFonts w:ascii="Pretendard" w:hAnsi="Pretendard" w:eastAsia="Pretendard" w:cs="Pretendard"/>
          <w:b w:val="0"/>
          <w:color w:val="251D33"/>
          <w:sz w:val="24"/>
        </w:rPr>
        <w:t>이라고 해요. 처음부터 완벽하게 만들 필요는 없어요.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써 본 사람이 들려주는 의견을 </w:t>
      </w:r>
      <w:r>
        <w:rPr>
          <w:rFonts w:ascii="Pretendard" w:hAnsi="Pretendard" w:eastAsia="Pretendard" w:cs="Pretendard"/>
          <w:b/>
          <w:color w:val="6A3FB0"/>
          <w:sz w:val="24"/>
        </w:rPr>
        <w:t>피드백(feedback)</w:t>
      </w:r>
      <w:r>
        <w:rPr>
          <w:rFonts w:ascii="Pretendard" w:hAnsi="Pretendard" w:eastAsia="Pretendard" w:cs="Pretendard"/>
          <w:b w:val="0"/>
          <w:color w:val="251D33"/>
          <w:sz w:val="24"/>
        </w:rPr>
        <w:t>이라고 해요. 피드백을 듣고 틀리는 경우를 찾아 고치는 과정이 프로젝트의 핵심이에요.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tripmap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여행 계획 세우기로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여행을 갈 때는 어디에 갈지 정하고, 준비물을 챙기고, 다녀와서는 사진을 정리하며 “다음엔 이렇게 하자”고 이야기하지요. </w:t>
      </w:r>
      <w:r>
        <w:rPr>
          <w:rFonts w:ascii="Pretendard" w:hAnsi="Pretendard" w:eastAsia="Pretendard" w:cs="Pretendard"/>
          <w:b/>
          <w:color w:val="6A3FB0"/>
          <w:sz w:val="24"/>
        </w:rPr>
        <w:t>AI 프로젝트도 똑같아요.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다만 출발 전에 꼭 물어야 할 질문이 하나 있어요. </w:t>
      </w:r>
      <w:r>
        <w:rPr>
          <w:rFonts w:ascii="Pretendard" w:hAnsi="Pretendard" w:eastAsia="Pretendard" w:cs="Pretendard"/>
          <w:b/>
          <w:color w:val="6A3FB0"/>
          <w:sz w:val="24"/>
        </w:rPr>
        <w:t>“이 문제에 정말 AI가 필요할까?”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AI 없이 더 쉽게 풀 수 있다면 </w:t>
      </w:r>
      <w:r>
        <w:rPr>
          <w:rFonts w:ascii="Pretendard" w:hAnsi="Pretendard" w:eastAsia="Pretendard" w:cs="Pretendard"/>
          <w:b/>
          <w:color w:val="6A3FB0"/>
          <w:sz w:val="24"/>
        </w:rPr>
        <w:t>그 방법이 더 좋은 답</w:t>
      </w:r>
      <w:r>
        <w:rPr>
          <w:rFonts w:ascii="Pretendard" w:hAnsi="Pretendard" w:eastAsia="Pretendard" w:cs="Pretendard"/>
          <w:b w:val="0"/>
          <w:color w:val="251D33"/>
          <w:sz w:val="24"/>
        </w:rPr>
        <w:t>이에요.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지금까지 배운 것을 모아 작은 AI 프로젝트를 직접 계획해 봐요. 문제 찾기 → AI로 할 일 정하기 → 만들고 시험하기 → 발표하고 돌아보기의 4단계로 진행하고, 안전 규칙을 꼭 지켜요.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buildtest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생활 속 프로젝트 아이디어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교실 분실물 사진을 찍으면 ‘필통’, ‘물병’, ‘체육복’으로 나눠 주는 분류 모델, 급식 잔반을 줄이자는 안내 챗봇의 대화 흐름 설계, 우리 반 독서 기록을 정리하는 도우미 같은 것이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데이터는 </w:t>
      </w:r>
      <w:r>
        <w:rPr>
          <w:rFonts w:ascii="Pretendard" w:hAnsi="Pretendard" w:eastAsia="Pretendard" w:cs="Pretendard"/>
          <w:b/>
          <w:color w:val="6A3FB0"/>
          <w:sz w:val="24"/>
        </w:rPr>
        <w:t>얼굴 대신 물건 사진</w:t>
      </w:r>
      <w:r>
        <w:rPr>
          <w:rFonts w:ascii="Pretendard" w:hAnsi="Pretendard" w:eastAsia="Pretendard" w:cs="Pretendard"/>
          <w:b w:val="0"/>
          <w:color w:val="251D33"/>
          <w:sz w:val="24"/>
        </w:rPr>
        <w:t>으로, 실제 이름 대신 지어낸 예시로 준비해요. 한쪽으로 치우치지 않게 여러 각도와 밝기에서 골고루 모아요.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시험은 처음 보는 사진으로 하고, 틀린 경우를 숨기지 말고 기록해요. </w:t>
      </w:r>
      <w:r>
        <w:rPr>
          <w:rFonts w:ascii="Pretendard" w:hAnsi="Pretendard" w:eastAsia="Pretendard" w:cs="Pretendard"/>
          <w:b/>
          <w:color w:val="6A3FB0"/>
          <w:sz w:val="24"/>
        </w:rPr>
        <w:t>한계를 솔직하게 발표하는 것</w:t>
      </w:r>
      <w:r>
        <w:rPr>
          <w:rFonts w:ascii="Pretendard" w:hAnsi="Pretendard" w:eastAsia="Pretendard" w:cs="Pretendard"/>
          <w:b w:val="0"/>
          <w:color w:val="251D33"/>
          <w:sz w:val="24"/>
        </w:rPr>
        <w:t>도 좋은 프로젝트의 조건이에요.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 xml:space="preserve">  뒤에 나오는 ‘직접 해보기 미션’에서 프로젝트 계획서 한 장을 직접 써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우리 학교나 교실에서 불편한 점을 하나 적고, AI가 꼭 필요한지도 짧게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AI 없이 풀 수 있다면 그 방법도 함께 적어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숫자로 보는 30강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8B5CD6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54"/>
              </w:rPr>
              <w:t>2017</w:t>
            </w:r>
            <w:r>
              <w:rPr>
                <w:rFonts w:ascii="Pretendard" w:hAnsi="Pretendard" w:eastAsia="Pretendard" w:cs="Pretendard"/>
                <w:b/>
                <w:color w:val="6A3FB0"/>
                <w:sz w:val="32"/>
              </w:rPr>
              <w:t>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구글이 웹 브라우저에서 쓰는 ‘티처블 머신’을 처음 공개했어요.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5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칸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프로젝트 계획서의 칸: 문제, 할 일 나누기, 데이터, 시험 방법, 안전 규칙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단계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문제 찾기 → AI로 할 일 정하기 → 만들고 시험하기 → 발표하고 돌아보기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6A3FB0"/>
          <w:sz w:val="19"/>
        </w:rPr>
        <w:t>사실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프로젝트의 흐름과 안전한 데이터 고르기를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AI 프로젝트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분실물 분류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① 문제 찾기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우리 주변의 불편함을 찾아요. (예: 교실 분실물의 주인을 찾기 어려워요.)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분실물 상자가 늘 가득해요.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② AI로 할 일 정하기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AI가 맡을 일과 사람이 할 일을 나눠요.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AI: 물건 종류 나누기 / 사람: 주인 확인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③ 만들고 시험하기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간단한 모형(프로토타입)을 만들고, 여러 번 시험하며 틀리는 경우를 찾아 고쳐요.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물건 사진으로 모델을 만들고 새 사진으로 시험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④ 발표하고 돌아보기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결과와 함께 한계도 솔직하게 발표하고, 다음에 바꿀 점을 적어요.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“어두운 사진은 자주 틀렸어요.”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안전한 데이터와 쓰면 안 되는 데이터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살펴봐요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이렇게 해요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하지 않아요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사진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지우개, 연필, 자 같은 물건 사진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친구 얼굴 사진을 허락 없이 모으기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글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지어낸 예시 문장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가족 전화번호, 실제 이름 넣기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도구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보호자·선생님과 함께, 가입 없이 쓰는 도구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나이 기준을 어기고 혼자 가입하기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분실물 분류 모델이 ‘물병’을 자꾸 ‘필통’으로 틀린다면, 무엇을 고쳐 볼 수 있을까요?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데이터의 양, 골고루 모았는지, 사진 밝기를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프로토타입을 고칠수록 올라간 맞힌 비율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※ 이해를 도우려고 만든 예시 숫자예요. 실제 결과는 데이터와 도구에 따라 달라요.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시험할 때마다 무엇을 고쳤나요? 88%라는 결과를 발표할 때 함께 말해야 할 한계는 무엇일까요?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이 그래프는 예시 데이터예요. 틀린 12%도 중요한 결과예요.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프로토타입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prototype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시험해 보려고 먼저 만든 간단한 모형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피드백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feedback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써 본 사람이 들려주는 의견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FFB547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프로젝트 계획서 한 장 쓰기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‘프로젝트 계획서’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한 장을 써 보세요. 컴퓨터로 해 본다면 보호자나 선생님과 함께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‘티처블 머신(Teachable Machine)’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처럼 회원 가입 없이 웹 브라우저에서 쓸 수 있는 도구를 골라요. 얼굴 대신 지우개, 연필, 자 같은 물건 사진으로 분류 모델을 만들어 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아래 다섯 칸을 채워 계획서를 완성해요.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짝과 바꿔 읽고 “정말 AI가 필요할까?”를 서로 물어봐요.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컴퓨터 없이 챗봇 대화 흐름을 종이에 설계하는 것도 훌륭한 프로젝트예요.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프로젝트 계획서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835"/>
              <w:gridCol w:w="6095"/>
            </w:tblGrid>
            <w:tr>
              <w:trPr>
                <w:cantSplit/>
              </w:trPr>
              <w:tc>
                <w:tcPr>
                  <w:tcW w:type="dxa" w:w="2835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6094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내 계획</w:t>
                  </w:r>
                </w:p>
              </w:tc>
            </w:tr>
            <w:tr>
              <w:trPr>
                <w:cantSplit/>
                <w:trHeight w:val="964" w:hRule="exact"/>
              </w:trPr>
              <w:tc>
                <w:tcPr>
                  <w:tcW w:type="dxa" w:w="283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① 해결할 문제</w:t>
                  </w:r>
                </w:p>
              </w:tc>
              <w:tc>
                <w:tcPr>
                  <w:tcW w:type="dxa" w:w="609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964" w:hRule="exact"/>
              </w:trPr>
              <w:tc>
                <w:tcPr>
                  <w:tcW w:type="dxa" w:w="283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② AI가 할 일 / 내가 할 일</w:t>
                  </w:r>
                </w:p>
              </w:tc>
              <w:tc>
                <w:tcPr>
                  <w:tcW w:type="dxa" w:w="609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964" w:hRule="exact"/>
              </w:trPr>
              <w:tc>
                <w:tcPr>
                  <w:tcW w:type="dxa" w:w="283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③ 필요한 데이터</w:t>
                  </w:r>
                </w:p>
              </w:tc>
              <w:tc>
                <w:tcPr>
                  <w:tcW w:type="dxa" w:w="609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964" w:hRule="exact"/>
              </w:trPr>
              <w:tc>
                <w:tcPr>
                  <w:tcW w:type="dxa" w:w="283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④ 시험 방법</w:t>
                  </w:r>
                </w:p>
              </w:tc>
              <w:tc>
                <w:tcPr>
                  <w:tcW w:type="dxa" w:w="609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964" w:hRule="exact"/>
              </w:trPr>
              <w:tc>
                <w:tcPr>
                  <w:tcW w:type="dxa" w:w="283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⑤ 지켜야 할 안전 규칙</w:t>
                  </w:r>
                </w:p>
              </w:tc>
              <w:tc>
                <w:tcPr>
                  <w:tcW w:type="dxa" w:w="609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짝이 들려준 피드백은 무엇이었나요? 무엇을 바꿀 건가요?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출발 전에 “정말 AI가 필요할까?”를 묻고, 시험하며 고치고, 한계까지 솔직하게 발표해요.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AI 프로젝트는 만든 뒤 시험하고 고쳐 보는 과정이 중요하다.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안전한 AI 프로젝트 방법은?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① 친구 얼굴 사진을 허락 없이 모아 학습시키기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② 학용품 사진으로 분류 모델 만들기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③ 가족 전화번호를 넣어 챗봇 시험하기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시험해 보려고 먼저 만든 간단한 모형을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  <w:u w:val="thick" w:color="6A3FB0"/>
                <w:shd w:val="clear" w:color="auto" w:fill="F4EFFB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AI 없이 더 쉽게 풀 수 있는 문제라면 어떻게 하는 것이 좋을까요? 까닭과 함께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6A3FB0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534866"/>
                      <w:sz w:val="22"/>
                    </w:rPr>
                    <w:t>발표 전 최종 점검표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발표 전에 지금까지 배운 내용으로 최종 점검표를 확인해요.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□ 시험은 처음 보는 데이터로 했나요?(11강)  □ 데이터가 한쪽으로 치우치지 않았나요?(25강)  □ AI의 답을 출처와 교차 확인으로 검토했나요?(19강)  □ 개인정보와 실제 사람의 얼굴·목소리를 쓰지 않았나요?(26·28강)  □ AI 사용 사실과 출처를 밝혔나요?(20·27강)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다섯 칸을 모두 채웠다면, 여러분은 AI를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‘쓸 줄 아는’ 사람을 넘어 ‘책임 있게 쓰는’ 사람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이에요.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프로젝트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project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목표를 정해 계획하고 만들어 보는 활동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분실물 분류 모델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프로토타입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prototype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시험용으로 먼저 만든 간단한 모형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첫 번째 분류 모델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피드백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feedback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써 본 사람이 들려주는 의견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“어두운 사진은 틀려요.”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분류 모델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classification model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물건을 종류별로 나누는 AI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필통 / 물병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계획서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project plan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할 일과 방법을 정리한 문서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다섯 칸 계획서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시험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test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처음 보는 데이터로 실력을 확인하기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새 사진으로 확인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한계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limitation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잘 안 되는 경우나 범위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어두운 사진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대화 흐름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conversation flow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챗봇이 주고받을 말의 순서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질문 → 안내 → 확인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티처블 머신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Teachable Machine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웹 브라우저에서 쓰는 간단한 학습 도구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학용품 사진 분류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점검표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checklist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빠뜨린 것이 없는지 확인하는 목록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최종 점검표 5칸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625A70"/>
              <w:left w:val="dashed" w:sz="6" w:space="0" w:color="625A70"/>
              <w:bottom w:val="dashed" w:sz="6" w:space="0" w:color="625A70"/>
              <w:right w:val="dashed" w:sz="6" w:space="0" w:color="625A70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1. O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처음 보는 데이터로 시험하며 틀린 경우를 찾아 고쳐야 믿을 수 있어요.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2. ②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개인정보가 없는 데이터로 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3. 프로토타입(prototype)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처음부터 완벽할 필요는 없어요.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 없이 푸는 방법을 고르는 것이 좋아요. 더 간단하고, 틀릴 위험과 개인정보 걱정도 줄어들기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3E3505C0-25F9-4E3E-BD94-ED35049A2BC5}"/>
    <w:embedBold r:id="rIdF2" w:fontKey="{C423E5EE-C16C-4144-9BEC-F4430D427186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625A70"/>
        <w:sz w:val="19"/>
      </w:rPr>
      <w:t xml:space="preserve">고급 30  ·  </w:t>
    </w:r>
    <w:r>
      <w:rPr>
        <w:rFonts w:ascii="Pretendard" w:hAnsi="Pretendard" w:eastAsia="Pretendard" w:cs="Pretendard"/>
        <w:b/>
        <w:color w:val="6A3FB0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6A3FB0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625A70"/>
              <w:sz w:val="19"/>
            </w:rPr>
            <w:t xml:space="preserve">   |   고급 30. 나만의 AI 활용 프로젝트 만들기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251D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고급 30. 나만의 AI 활용 프로젝트 만들기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